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BCC7D" w14:textId="390A3BB0" w:rsidR="00DD6A72" w:rsidRPr="00A62612" w:rsidRDefault="00A62612" w:rsidP="00A62612">
      <w:pPr>
        <w:jc w:val="center"/>
        <w:rPr>
          <w:rFonts w:ascii="Calibri" w:hAnsi="Calibri" w:cs="Calibri"/>
        </w:rPr>
      </w:pPr>
      <w:r w:rsidRPr="00A8158D">
        <w:rPr>
          <w:rFonts w:ascii="Calibri" w:eastAsia="Times New Roman" w:hAnsi="Calibri" w:cs="Calibri"/>
          <w:noProof/>
          <w:color w:val="365F91" w:themeColor="accent1" w:themeShade="BF"/>
          <w:szCs w:val="20"/>
        </w:rPr>
        <w:drawing>
          <wp:anchor distT="0" distB="0" distL="114300" distR="114300" simplePos="0" relativeHeight="251658240" behindDoc="1" locked="0" layoutInCell="1" allowOverlap="1" wp14:anchorId="15A93451" wp14:editId="38FD217E">
            <wp:simplePos x="0" y="0"/>
            <wp:positionH relativeFrom="margin">
              <wp:align>center</wp:align>
            </wp:positionH>
            <wp:positionV relativeFrom="paragraph">
              <wp:posOffset>544</wp:posOffset>
            </wp:positionV>
            <wp:extent cx="2534920" cy="1757045"/>
            <wp:effectExtent l="0" t="0" r="0" b="0"/>
            <wp:wrapTopAndBottom/>
            <wp:docPr id="5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534920" cy="1757045"/>
                    </a:xfrm>
                    <a:prstGeom prst="rect">
                      <a:avLst/>
                    </a:prstGeom>
                    <a:ln/>
                  </pic:spPr>
                </pic:pic>
              </a:graphicData>
            </a:graphic>
            <wp14:sizeRelH relativeFrom="page">
              <wp14:pctWidth>0</wp14:pctWidth>
            </wp14:sizeRelH>
            <wp14:sizeRelV relativeFrom="page">
              <wp14:pctHeight>0</wp14:pctHeight>
            </wp14:sizeRelV>
          </wp:anchor>
        </w:drawing>
      </w:r>
      <w:r w:rsidR="00DB4BD3" w:rsidRPr="00A8158D">
        <w:rPr>
          <w:rFonts w:ascii="Calibri" w:hAnsi="Calibri" w:cs="Calibri"/>
          <w:b/>
          <w:color w:val="365F91" w:themeColor="accent1" w:themeShade="BF"/>
          <w:sz w:val="32"/>
        </w:rPr>
        <w:t>Referral Form</w:t>
      </w:r>
    </w:p>
    <w:p w14:paraId="5EF091C7" w14:textId="46E61157" w:rsidR="00DD6A72" w:rsidRDefault="00DB4BD3">
      <w:pPr>
        <w:jc w:val="center"/>
        <w:rPr>
          <w:rFonts w:ascii="Calibri" w:eastAsia="Times New Roman" w:hAnsi="Calibri" w:cs="Calibri"/>
          <w:noProof/>
          <w:sz w:val="28"/>
          <w:szCs w:val="28"/>
        </w:rPr>
      </w:pPr>
      <w:r w:rsidRPr="00BD7467">
        <w:rPr>
          <w:rFonts w:ascii="Calibri" w:hAnsi="Calibri" w:cs="Calibri"/>
          <w:i/>
          <w:sz w:val="24"/>
          <w:szCs w:val="32"/>
        </w:rPr>
        <w:t>Please complete all required sections. Fields marked * are required.</w:t>
      </w:r>
      <w:r w:rsidR="00A62612" w:rsidRPr="00BD7467">
        <w:rPr>
          <w:rFonts w:ascii="Calibri" w:eastAsia="Times New Roman" w:hAnsi="Calibri" w:cs="Calibri"/>
          <w:noProof/>
          <w:sz w:val="28"/>
          <w:szCs w:val="28"/>
        </w:rPr>
        <w:t xml:space="preserve"> </w:t>
      </w:r>
    </w:p>
    <w:tbl>
      <w:tblPr>
        <w:tblStyle w:val="TableGrid"/>
        <w:tblW w:w="0" w:type="auto"/>
        <w:tblInd w:w="2263" w:type="dxa"/>
        <w:tblLook w:val="04A0" w:firstRow="1" w:lastRow="0" w:firstColumn="1" w:lastColumn="0" w:noHBand="0" w:noVBand="1"/>
      </w:tblPr>
      <w:tblGrid>
        <w:gridCol w:w="2418"/>
        <w:gridCol w:w="3393"/>
      </w:tblGrid>
      <w:tr w:rsidR="00A336E3" w14:paraId="4A594880" w14:textId="77777777" w:rsidTr="00F21821">
        <w:trPr>
          <w:trHeight w:val="314"/>
        </w:trPr>
        <w:tc>
          <w:tcPr>
            <w:tcW w:w="2418" w:type="dxa"/>
            <w:vAlign w:val="center"/>
          </w:tcPr>
          <w:p w14:paraId="2A9D87B1" w14:textId="1CA91314" w:rsidR="00A336E3" w:rsidRPr="00731B79" w:rsidRDefault="00731B79" w:rsidP="008C192D">
            <w:pPr>
              <w:spacing w:line="276" w:lineRule="auto"/>
              <w:jc w:val="center"/>
              <w:rPr>
                <w:rFonts w:ascii="Calibri" w:eastAsia="Times New Roman" w:hAnsi="Calibri" w:cs="Calibri"/>
                <w:noProof/>
                <w:sz w:val="24"/>
                <w:szCs w:val="24"/>
              </w:rPr>
            </w:pPr>
            <w:r w:rsidRPr="00731B79">
              <w:rPr>
                <w:rFonts w:ascii="Calibri" w:hAnsi="Calibri" w:cs="Calibri"/>
                <w:b/>
                <w:color w:val="365F91" w:themeColor="accent1" w:themeShade="BF"/>
                <w:sz w:val="28"/>
              </w:rPr>
              <w:t>Date of Referral</w:t>
            </w:r>
          </w:p>
        </w:tc>
        <w:sdt>
          <w:sdtPr>
            <w:rPr>
              <w:rFonts w:ascii="Calibri" w:eastAsia="Times New Roman" w:hAnsi="Calibri" w:cs="Calibri"/>
              <w:noProof/>
              <w:sz w:val="28"/>
              <w:szCs w:val="28"/>
            </w:rPr>
            <w:id w:val="1251433"/>
            <w:placeholder>
              <w:docPart w:val="DefaultPlaceholder_-1854013440"/>
            </w:placeholder>
            <w:showingPlcHdr/>
          </w:sdtPr>
          <w:sdtEndPr/>
          <w:sdtContent>
            <w:tc>
              <w:tcPr>
                <w:tcW w:w="3393" w:type="dxa"/>
                <w:vAlign w:val="center"/>
              </w:tcPr>
              <w:p w14:paraId="786B6046" w14:textId="68F63F3A" w:rsidR="00A336E3" w:rsidRDefault="00731B79" w:rsidP="008C192D">
                <w:pPr>
                  <w:jc w:val="center"/>
                  <w:rPr>
                    <w:rFonts w:ascii="Calibri" w:eastAsia="Times New Roman" w:hAnsi="Calibri" w:cs="Calibri"/>
                    <w:noProof/>
                    <w:sz w:val="28"/>
                    <w:szCs w:val="28"/>
                  </w:rPr>
                </w:pPr>
                <w:r w:rsidRPr="00731B79">
                  <w:rPr>
                    <w:rStyle w:val="PlaceholderText"/>
                    <w:sz w:val="24"/>
                    <w:szCs w:val="24"/>
                  </w:rPr>
                  <w:t>Click or tap here to enter text.</w:t>
                </w:r>
              </w:p>
            </w:tc>
          </w:sdtContent>
        </w:sdt>
      </w:tr>
    </w:tbl>
    <w:p w14:paraId="26E63E0C" w14:textId="065B6CA4" w:rsidR="00DD6A72" w:rsidRPr="00A8158D" w:rsidRDefault="00DB4BD3" w:rsidP="00EC17D3">
      <w:pPr>
        <w:spacing w:before="160" w:after="80"/>
        <w:rPr>
          <w:rFonts w:ascii="Calibri" w:hAnsi="Calibri" w:cs="Calibri"/>
          <w:color w:val="365F91" w:themeColor="accent1" w:themeShade="BF"/>
        </w:rPr>
      </w:pPr>
      <w:r w:rsidRPr="00A8158D">
        <w:rPr>
          <w:rFonts w:ascii="Calibri" w:hAnsi="Calibri" w:cs="Calibri"/>
          <w:b/>
          <w:color w:val="365F91" w:themeColor="accent1" w:themeShade="BF"/>
          <w:sz w:val="28"/>
        </w:rPr>
        <w:t>1. Choose a Catalyst Support service and who is filling out the form.</w:t>
      </w:r>
    </w:p>
    <w:p w14:paraId="69E71CB0" w14:textId="77777777" w:rsidR="00DD6A72" w:rsidRPr="0039095C" w:rsidRDefault="00DB4BD3">
      <w:pPr>
        <w:spacing w:before="80" w:after="40"/>
        <w:rPr>
          <w:rFonts w:ascii="Calibri" w:hAnsi="Calibri" w:cs="Calibri"/>
          <w:sz w:val="24"/>
          <w:szCs w:val="28"/>
        </w:rPr>
      </w:pPr>
      <w:r w:rsidRPr="0039095C">
        <w:rPr>
          <w:rFonts w:ascii="Calibri" w:hAnsi="Calibri" w:cs="Calibri"/>
          <w:b/>
          <w:sz w:val="24"/>
          <w:szCs w:val="28"/>
        </w:rPr>
        <w:t>Which service would you like to refer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5112"/>
      </w:tblGrid>
      <w:tr w:rsidR="00DD6A72" w:rsidRPr="00BD7467" w14:paraId="298D16A0" w14:textId="77777777" w:rsidTr="00451D95">
        <w:tc>
          <w:tcPr>
            <w:tcW w:w="5112" w:type="dxa"/>
          </w:tcPr>
          <w:p w14:paraId="62446CF8" w14:textId="49F109DF" w:rsidR="00DD6A72" w:rsidRPr="00BD7467" w:rsidRDefault="00AE4254">
            <w:pPr>
              <w:rPr>
                <w:rFonts w:ascii="Calibri" w:hAnsi="Calibri" w:cs="Calibri"/>
                <w:sz w:val="24"/>
                <w:szCs w:val="24"/>
              </w:rPr>
            </w:pPr>
            <w:sdt>
              <w:sdtPr>
                <w:rPr>
                  <w:rFonts w:ascii="Calibri" w:hAnsi="Calibri" w:cs="Calibri"/>
                  <w:sz w:val="24"/>
                  <w:szCs w:val="24"/>
                </w:rPr>
                <w:id w:val="891923519"/>
                <w14:checkbox>
                  <w14:checked w14:val="0"/>
                  <w14:checkedState w14:val="2612" w14:font="MS Gothic"/>
                  <w14:uncheckedState w14:val="2610" w14:font="MS Gothic"/>
                </w14:checkbox>
              </w:sdtPr>
              <w:sdtEndPr/>
              <w:sdtContent>
                <w:r w:rsidR="009842F1">
                  <w:rPr>
                    <w:rFonts w:ascii="MS Gothic" w:eastAsia="MS Gothic" w:hAnsi="MS Gothic" w:cs="Calibri" w:hint="eastAsia"/>
                    <w:sz w:val="24"/>
                    <w:szCs w:val="24"/>
                  </w:rPr>
                  <w:t>☐</w:t>
                </w:r>
              </w:sdtContent>
            </w:sdt>
            <w:r w:rsidR="00F8580A" w:rsidRPr="00BD7467">
              <w:rPr>
                <w:rFonts w:ascii="Calibri" w:hAnsi="Calibri" w:cs="Calibri"/>
                <w:sz w:val="24"/>
                <w:szCs w:val="24"/>
              </w:rPr>
              <w:t xml:space="preserve"> </w:t>
            </w:r>
            <w:r w:rsidR="00DB4BD3" w:rsidRPr="00BD7467">
              <w:rPr>
                <w:rFonts w:ascii="Calibri" w:hAnsi="Calibri" w:cs="Calibri"/>
                <w:sz w:val="24"/>
                <w:szCs w:val="24"/>
              </w:rPr>
              <w:t>Catalyst Counselling</w:t>
            </w:r>
          </w:p>
        </w:tc>
        <w:tc>
          <w:tcPr>
            <w:tcW w:w="5112" w:type="dxa"/>
          </w:tcPr>
          <w:p w14:paraId="7615488C" w14:textId="48679C8C" w:rsidR="00DD6A72" w:rsidRPr="00BD7467" w:rsidRDefault="00AE4254">
            <w:pPr>
              <w:rPr>
                <w:rFonts w:ascii="Calibri" w:hAnsi="Calibri" w:cs="Calibri"/>
                <w:sz w:val="24"/>
                <w:szCs w:val="24"/>
              </w:rPr>
            </w:pPr>
            <w:sdt>
              <w:sdtPr>
                <w:rPr>
                  <w:rFonts w:ascii="Calibri" w:hAnsi="Calibri" w:cs="Calibri"/>
                  <w:sz w:val="24"/>
                  <w:szCs w:val="24"/>
                </w:rPr>
                <w:id w:val="-1286428524"/>
                <w14:checkbox>
                  <w14:checked w14:val="0"/>
                  <w14:checkedState w14:val="2612" w14:font="MS Gothic"/>
                  <w14:uncheckedState w14:val="2610" w14:font="MS Gothic"/>
                </w14:checkbox>
              </w:sdtPr>
              <w:sdtEndPr/>
              <w:sdtContent>
                <w:r w:rsidR="0010230D">
                  <w:rPr>
                    <w:rFonts w:ascii="MS Gothic" w:eastAsia="MS Gothic" w:hAnsi="MS Gothic" w:cs="Calibri" w:hint="eastAsia"/>
                    <w:sz w:val="24"/>
                    <w:szCs w:val="24"/>
                  </w:rPr>
                  <w:t>☐</w:t>
                </w:r>
              </w:sdtContent>
            </w:sdt>
            <w:r w:rsidR="00DB4BD3" w:rsidRPr="00BD7467">
              <w:rPr>
                <w:rFonts w:ascii="Calibri" w:hAnsi="Calibri" w:cs="Calibri"/>
                <w:sz w:val="24"/>
                <w:szCs w:val="24"/>
              </w:rPr>
              <w:t>Community Connections</w:t>
            </w:r>
          </w:p>
        </w:tc>
      </w:tr>
      <w:tr w:rsidR="00DD6A72" w:rsidRPr="00BD7467" w14:paraId="5A4DD325" w14:textId="77777777" w:rsidTr="00451D95">
        <w:trPr>
          <w:trHeight w:val="189"/>
        </w:trPr>
        <w:tc>
          <w:tcPr>
            <w:tcW w:w="5112" w:type="dxa"/>
          </w:tcPr>
          <w:p w14:paraId="24A9C408" w14:textId="49DF9ACB" w:rsidR="00DD6A72" w:rsidRPr="00BD7467" w:rsidRDefault="00AE4254">
            <w:pPr>
              <w:rPr>
                <w:rFonts w:ascii="Calibri" w:hAnsi="Calibri" w:cs="Calibri"/>
                <w:sz w:val="24"/>
                <w:szCs w:val="24"/>
              </w:rPr>
            </w:pPr>
            <w:sdt>
              <w:sdtPr>
                <w:rPr>
                  <w:rFonts w:ascii="Calibri" w:hAnsi="Calibri" w:cs="Calibri"/>
                  <w:sz w:val="24"/>
                  <w:szCs w:val="24"/>
                </w:rPr>
                <w:id w:val="-1172019142"/>
                <w14:checkbox>
                  <w14:checked w14:val="0"/>
                  <w14:checkedState w14:val="2612" w14:font="MS Gothic"/>
                  <w14:uncheckedState w14:val="2610" w14:font="MS Gothic"/>
                </w14:checkbox>
              </w:sdtPr>
              <w:sdtEndPr/>
              <w:sdtContent>
                <w:r w:rsidR="009842F1">
                  <w:rPr>
                    <w:rFonts w:ascii="MS Gothic" w:eastAsia="MS Gothic" w:hAnsi="MS Gothic" w:cs="Calibri" w:hint="eastAsia"/>
                    <w:sz w:val="24"/>
                    <w:szCs w:val="24"/>
                  </w:rPr>
                  <w:t>☐</w:t>
                </w:r>
              </w:sdtContent>
            </w:sdt>
            <w:r w:rsidR="00DB4BD3" w:rsidRPr="00BD7467">
              <w:rPr>
                <w:rFonts w:ascii="Calibri" w:hAnsi="Calibri" w:cs="Calibri"/>
                <w:sz w:val="24"/>
                <w:szCs w:val="24"/>
              </w:rPr>
              <w:t xml:space="preserve"> Cuckooing Service</w:t>
            </w:r>
          </w:p>
        </w:tc>
        <w:tc>
          <w:tcPr>
            <w:tcW w:w="5112" w:type="dxa"/>
          </w:tcPr>
          <w:p w14:paraId="1FD21A76" w14:textId="5F4337B4" w:rsidR="00DD6A72" w:rsidRPr="00BD7467" w:rsidRDefault="00AE4254">
            <w:pPr>
              <w:rPr>
                <w:rFonts w:ascii="Calibri" w:hAnsi="Calibri" w:cs="Calibri"/>
                <w:sz w:val="24"/>
                <w:szCs w:val="24"/>
              </w:rPr>
            </w:pPr>
            <w:sdt>
              <w:sdtPr>
                <w:rPr>
                  <w:rFonts w:ascii="Calibri" w:hAnsi="Calibri" w:cs="Calibri"/>
                  <w:sz w:val="24"/>
                  <w:szCs w:val="24"/>
                </w:rPr>
                <w:id w:val="-646203585"/>
                <w14:checkbox>
                  <w14:checked w14:val="0"/>
                  <w14:checkedState w14:val="2612" w14:font="MS Gothic"/>
                  <w14:uncheckedState w14:val="2610" w14:font="MS Gothic"/>
                </w14:checkbox>
              </w:sdtPr>
              <w:sdtEndPr/>
              <w:sdtContent>
                <w:r w:rsidR="0010230D">
                  <w:rPr>
                    <w:rFonts w:ascii="MS Gothic" w:eastAsia="MS Gothic" w:hAnsi="MS Gothic" w:cs="Calibri" w:hint="eastAsia"/>
                    <w:sz w:val="24"/>
                    <w:szCs w:val="24"/>
                  </w:rPr>
                  <w:t>☐</w:t>
                </w:r>
              </w:sdtContent>
            </w:sdt>
            <w:r w:rsidR="00DB4BD3" w:rsidRPr="00BD7467">
              <w:rPr>
                <w:rFonts w:ascii="Calibri" w:hAnsi="Calibri" w:cs="Calibri"/>
                <w:sz w:val="24"/>
                <w:szCs w:val="24"/>
              </w:rPr>
              <w:t xml:space="preserve"> Women's Centre Service</w:t>
            </w:r>
          </w:p>
        </w:tc>
      </w:tr>
      <w:tr w:rsidR="00DD6A72" w:rsidRPr="00BD7467" w14:paraId="575A1E26" w14:textId="77777777" w:rsidTr="00451D95">
        <w:tc>
          <w:tcPr>
            <w:tcW w:w="5112" w:type="dxa"/>
          </w:tcPr>
          <w:p w14:paraId="76AA07B5" w14:textId="661F8CC0" w:rsidR="00DD6A72" w:rsidRPr="00BD7467" w:rsidRDefault="00AE4254">
            <w:pPr>
              <w:rPr>
                <w:rFonts w:ascii="Calibri" w:hAnsi="Calibri" w:cs="Calibri"/>
                <w:sz w:val="24"/>
                <w:szCs w:val="24"/>
              </w:rPr>
            </w:pPr>
            <w:sdt>
              <w:sdtPr>
                <w:rPr>
                  <w:rFonts w:ascii="Calibri" w:hAnsi="Calibri" w:cs="Calibri"/>
                  <w:sz w:val="24"/>
                  <w:szCs w:val="24"/>
                </w:rPr>
                <w:id w:val="570929668"/>
                <w14:checkbox>
                  <w14:checked w14:val="0"/>
                  <w14:checkedState w14:val="2612" w14:font="MS Gothic"/>
                  <w14:uncheckedState w14:val="2610" w14:font="MS Gothic"/>
                </w14:checkbox>
              </w:sdtPr>
              <w:sdtEndPr/>
              <w:sdtContent>
                <w:r w:rsidR="0010230D">
                  <w:rPr>
                    <w:rFonts w:ascii="MS Gothic" w:eastAsia="MS Gothic" w:hAnsi="MS Gothic" w:cs="Calibri" w:hint="eastAsia"/>
                    <w:sz w:val="24"/>
                    <w:szCs w:val="24"/>
                  </w:rPr>
                  <w:t>☐</w:t>
                </w:r>
              </w:sdtContent>
            </w:sdt>
            <w:r w:rsidR="00DB4BD3" w:rsidRPr="00BD7467">
              <w:rPr>
                <w:rFonts w:ascii="Calibri" w:hAnsi="Calibri" w:cs="Calibri"/>
                <w:sz w:val="24"/>
                <w:szCs w:val="24"/>
              </w:rPr>
              <w:t>Unsure</w:t>
            </w:r>
          </w:p>
        </w:tc>
        <w:tc>
          <w:tcPr>
            <w:tcW w:w="5112" w:type="dxa"/>
          </w:tcPr>
          <w:p w14:paraId="73F69FB7" w14:textId="77777777" w:rsidR="00DD6A72" w:rsidRPr="00BD7467" w:rsidRDefault="00DD6A72">
            <w:pPr>
              <w:rPr>
                <w:rFonts w:ascii="Calibri" w:hAnsi="Calibri" w:cs="Calibri"/>
                <w:sz w:val="24"/>
                <w:szCs w:val="24"/>
              </w:rPr>
            </w:pPr>
          </w:p>
        </w:tc>
      </w:tr>
    </w:tbl>
    <w:p w14:paraId="330F45BC" w14:textId="77777777" w:rsidR="00DD6A72" w:rsidRPr="00BD7467" w:rsidRDefault="00DB4BD3">
      <w:pPr>
        <w:rPr>
          <w:rFonts w:ascii="Calibri" w:hAnsi="Calibri" w:cs="Calibri"/>
          <w:sz w:val="24"/>
          <w:szCs w:val="24"/>
        </w:rPr>
      </w:pPr>
      <w:r w:rsidRPr="00BD7467">
        <w:rPr>
          <w:rFonts w:ascii="Calibri" w:hAnsi="Calibri" w:cs="Calibri"/>
          <w:i/>
          <w:sz w:val="24"/>
          <w:szCs w:val="24"/>
        </w:rPr>
        <w:t>Brief descriptions of our services can be found on the Catalyst Support website.</w:t>
      </w:r>
    </w:p>
    <w:p w14:paraId="6BF2FC76" w14:textId="3F8BF9D8" w:rsidR="00DD6A72" w:rsidRPr="0039095C" w:rsidRDefault="00DB4BD3">
      <w:pPr>
        <w:spacing w:before="80" w:after="40"/>
        <w:rPr>
          <w:rFonts w:ascii="Calibri" w:hAnsi="Calibri" w:cs="Calibri"/>
          <w:sz w:val="24"/>
          <w:szCs w:val="28"/>
        </w:rPr>
      </w:pPr>
      <w:r w:rsidRPr="0039095C">
        <w:rPr>
          <w:rFonts w:ascii="Calibri" w:hAnsi="Calibri" w:cs="Calibri"/>
          <w:b/>
          <w:sz w:val="24"/>
          <w:szCs w:val="28"/>
        </w:rPr>
        <w:t xml:space="preserve">Are you </w:t>
      </w:r>
      <w:proofErr w:type="gramStart"/>
      <w:r w:rsidRPr="0039095C">
        <w:rPr>
          <w:rFonts w:ascii="Calibri" w:hAnsi="Calibri" w:cs="Calibri"/>
          <w:b/>
          <w:sz w:val="24"/>
          <w:szCs w:val="28"/>
        </w:rPr>
        <w:t>referring</w:t>
      </w:r>
      <w:proofErr w:type="gramEnd"/>
      <w:r w:rsidRPr="0039095C">
        <w:rPr>
          <w:rFonts w:ascii="Calibri" w:hAnsi="Calibri" w:cs="Calibri"/>
          <w:b/>
          <w:sz w:val="24"/>
          <w:szCs w:val="28"/>
        </w:rPr>
        <w:t xml:space="preserve"> yourself or someone else? *</w:t>
      </w:r>
    </w:p>
    <w:tbl>
      <w:tblPr>
        <w:tblW w:w="0" w:type="auto"/>
        <w:tblLook w:val="04A0" w:firstRow="1" w:lastRow="0" w:firstColumn="1" w:lastColumn="0" w:noHBand="0" w:noVBand="1"/>
      </w:tblPr>
      <w:tblGrid>
        <w:gridCol w:w="5112"/>
        <w:gridCol w:w="5112"/>
      </w:tblGrid>
      <w:tr w:rsidR="00DD6A72" w:rsidRPr="00A62612" w14:paraId="7BBF3ED6" w14:textId="77777777">
        <w:tc>
          <w:tcPr>
            <w:tcW w:w="5112" w:type="dxa"/>
            <w:vAlign w:val="center"/>
          </w:tcPr>
          <w:p w14:paraId="63CC196D" w14:textId="0DD09855" w:rsidR="00DD6A72" w:rsidRPr="00BD7467" w:rsidRDefault="00AE4254">
            <w:pPr>
              <w:rPr>
                <w:rFonts w:ascii="Calibri" w:hAnsi="Calibri" w:cs="Calibri"/>
                <w:sz w:val="24"/>
                <w:szCs w:val="28"/>
              </w:rPr>
            </w:pPr>
            <w:sdt>
              <w:sdtPr>
                <w:rPr>
                  <w:rFonts w:ascii="Calibri" w:hAnsi="Calibri" w:cs="Calibri"/>
                  <w:sz w:val="24"/>
                  <w:szCs w:val="28"/>
                </w:rPr>
                <w:id w:val="754245801"/>
                <w14:checkbox>
                  <w14:checked w14:val="0"/>
                  <w14:checkedState w14:val="2612" w14:font="MS Gothic"/>
                  <w14:uncheckedState w14:val="2610" w14:font="MS Gothic"/>
                </w14:checkbox>
              </w:sdtPr>
              <w:sdtEndPr/>
              <w:sdtContent>
                <w:r w:rsidR="0010230D">
                  <w:rPr>
                    <w:rFonts w:ascii="MS Gothic" w:eastAsia="MS Gothic" w:hAnsi="MS Gothic" w:cs="Calibri" w:hint="eastAsia"/>
                    <w:sz w:val="24"/>
                    <w:szCs w:val="28"/>
                  </w:rPr>
                  <w:t>☐</w:t>
                </w:r>
              </w:sdtContent>
            </w:sdt>
            <w:r w:rsidR="00DB4BD3" w:rsidRPr="00BD7467">
              <w:rPr>
                <w:rFonts w:ascii="Calibri" w:hAnsi="Calibri" w:cs="Calibri"/>
                <w:sz w:val="24"/>
                <w:szCs w:val="28"/>
              </w:rPr>
              <w:t xml:space="preserve"> Self</w:t>
            </w:r>
          </w:p>
        </w:tc>
        <w:tc>
          <w:tcPr>
            <w:tcW w:w="5112" w:type="dxa"/>
            <w:vAlign w:val="center"/>
          </w:tcPr>
          <w:p w14:paraId="27F84D6E" w14:textId="75027B94" w:rsidR="00DD6A72" w:rsidRPr="00BD7467" w:rsidRDefault="00AE4254">
            <w:pPr>
              <w:rPr>
                <w:rFonts w:ascii="Calibri" w:hAnsi="Calibri" w:cs="Calibri"/>
                <w:sz w:val="24"/>
                <w:szCs w:val="28"/>
              </w:rPr>
            </w:pPr>
            <w:sdt>
              <w:sdtPr>
                <w:rPr>
                  <w:rFonts w:ascii="Calibri" w:hAnsi="Calibri" w:cs="Calibri"/>
                  <w:sz w:val="24"/>
                  <w:szCs w:val="28"/>
                </w:rPr>
                <w:id w:val="-2103409947"/>
                <w14:checkbox>
                  <w14:checked w14:val="0"/>
                  <w14:checkedState w14:val="2612" w14:font="MS Gothic"/>
                  <w14:uncheckedState w14:val="2610" w14:font="MS Gothic"/>
                </w14:checkbox>
              </w:sdtPr>
              <w:sdtEndPr/>
              <w:sdtContent>
                <w:r w:rsidR="0010230D">
                  <w:rPr>
                    <w:rFonts w:ascii="MS Gothic" w:eastAsia="MS Gothic" w:hAnsi="MS Gothic" w:cs="Calibri" w:hint="eastAsia"/>
                    <w:sz w:val="24"/>
                    <w:szCs w:val="28"/>
                  </w:rPr>
                  <w:t>☐</w:t>
                </w:r>
              </w:sdtContent>
            </w:sdt>
            <w:r w:rsidR="0039095C" w:rsidRPr="00BD7467">
              <w:rPr>
                <w:rFonts w:ascii="Calibri" w:hAnsi="Calibri" w:cs="Calibri"/>
                <w:sz w:val="24"/>
                <w:szCs w:val="28"/>
              </w:rPr>
              <w:t xml:space="preserve"> </w:t>
            </w:r>
            <w:r w:rsidR="00DB4BD3" w:rsidRPr="00BD7467">
              <w:rPr>
                <w:rFonts w:ascii="Calibri" w:hAnsi="Calibri" w:cs="Calibri"/>
                <w:sz w:val="24"/>
                <w:szCs w:val="28"/>
              </w:rPr>
              <w:t>Someone else</w:t>
            </w:r>
          </w:p>
        </w:tc>
      </w:tr>
    </w:tbl>
    <w:p w14:paraId="4793AA32" w14:textId="77777777" w:rsidR="00DD6A72" w:rsidRPr="00A8158D" w:rsidRDefault="00DB4BD3" w:rsidP="00451D95">
      <w:pPr>
        <w:spacing w:after="0"/>
        <w:rPr>
          <w:rFonts w:ascii="Calibri" w:hAnsi="Calibri" w:cs="Calibri"/>
          <w:color w:val="365F91" w:themeColor="accent1" w:themeShade="BF"/>
        </w:rPr>
      </w:pPr>
      <w:r w:rsidRPr="00A8158D">
        <w:rPr>
          <w:rFonts w:ascii="Calibri" w:hAnsi="Calibri" w:cs="Calibri"/>
          <w:b/>
          <w:color w:val="365F91" w:themeColor="accent1" w:themeShade="BF"/>
          <w:sz w:val="28"/>
        </w:rPr>
        <w:t>2. Referrer Details</w:t>
      </w:r>
    </w:p>
    <w:p w14:paraId="06F5125D" w14:textId="77777777" w:rsidR="00DD6A72" w:rsidRPr="0039095C" w:rsidRDefault="00DB4BD3" w:rsidP="00451D95">
      <w:pPr>
        <w:spacing w:after="0"/>
        <w:rPr>
          <w:rFonts w:ascii="Calibri" w:hAnsi="Calibri" w:cs="Calibri"/>
          <w:sz w:val="24"/>
          <w:szCs w:val="28"/>
        </w:rPr>
      </w:pPr>
      <w:r w:rsidRPr="0039095C">
        <w:rPr>
          <w:rFonts w:ascii="Calibri" w:hAnsi="Calibri" w:cs="Calibri"/>
          <w:sz w:val="24"/>
          <w:szCs w:val="28"/>
        </w:rPr>
        <w:t>Details of the person referring someone to a Catalyst Support service.</w:t>
      </w:r>
    </w:p>
    <w:p w14:paraId="02CE373B" w14:textId="77777777" w:rsidR="00DD6A72" w:rsidRPr="00BD7467" w:rsidRDefault="00DB4BD3">
      <w:pPr>
        <w:spacing w:before="80" w:after="40"/>
        <w:rPr>
          <w:rFonts w:ascii="Calibri" w:hAnsi="Calibri" w:cs="Calibri"/>
          <w:sz w:val="24"/>
          <w:szCs w:val="24"/>
        </w:rPr>
      </w:pPr>
      <w:r w:rsidRPr="00BD7467">
        <w:rPr>
          <w:rFonts w:ascii="Calibri" w:hAnsi="Calibri" w:cs="Calibri"/>
          <w:b/>
          <w:sz w:val="24"/>
          <w:szCs w:val="24"/>
        </w:rPr>
        <w:t>Referrer name *</w:t>
      </w:r>
    </w:p>
    <w:tbl>
      <w:tblPr>
        <w:tblStyle w:val="TableGrid"/>
        <w:tblW w:w="0" w:type="auto"/>
        <w:tblLook w:val="04A0" w:firstRow="1" w:lastRow="0" w:firstColumn="1" w:lastColumn="0" w:noHBand="0" w:noVBand="1"/>
      </w:tblPr>
      <w:tblGrid>
        <w:gridCol w:w="5107"/>
        <w:gridCol w:w="5107"/>
      </w:tblGrid>
      <w:tr w:rsidR="00DD6A72" w:rsidRPr="00BD7467" w14:paraId="206F37E2" w14:textId="77777777" w:rsidTr="00BD7467">
        <w:trPr>
          <w:trHeight w:val="559"/>
        </w:trPr>
        <w:tc>
          <w:tcPr>
            <w:tcW w:w="5112" w:type="dxa"/>
          </w:tcPr>
          <w:p w14:paraId="3C2983D0" w14:textId="15A4C269" w:rsidR="00DD6A72" w:rsidRPr="00BD7467" w:rsidRDefault="00DB4BD3">
            <w:pPr>
              <w:rPr>
                <w:rFonts w:ascii="Calibri" w:hAnsi="Calibri" w:cs="Calibri"/>
                <w:sz w:val="24"/>
                <w:szCs w:val="24"/>
              </w:rPr>
            </w:pPr>
            <w:r w:rsidRPr="00BD7467">
              <w:rPr>
                <w:rFonts w:ascii="Calibri" w:hAnsi="Calibri" w:cs="Calibri"/>
                <w:sz w:val="24"/>
                <w:szCs w:val="24"/>
              </w:rPr>
              <w:t>First name</w:t>
            </w:r>
            <w:r w:rsidRPr="00BD7467">
              <w:rPr>
                <w:rFonts w:ascii="Calibri" w:hAnsi="Calibri" w:cs="Calibri"/>
                <w:sz w:val="24"/>
                <w:szCs w:val="24"/>
              </w:rPr>
              <w:br/>
            </w:r>
            <w:sdt>
              <w:sdtPr>
                <w:rPr>
                  <w:rFonts w:ascii="Calibri" w:hAnsi="Calibri" w:cs="Calibri"/>
                  <w:sz w:val="24"/>
                  <w:szCs w:val="24"/>
                </w:rPr>
                <w:id w:val="710936121"/>
                <w:placeholder>
                  <w:docPart w:val="7B02499A0A9D4424AC3FCE0FE00BC2A1"/>
                </w:placeholder>
                <w:showingPlcHdr/>
              </w:sdtPr>
              <w:sdtEndPr/>
              <w:sdtContent>
                <w:r w:rsidR="00BD7467" w:rsidRPr="00BD7467">
                  <w:rPr>
                    <w:rStyle w:val="PlaceholderText"/>
                    <w:sz w:val="24"/>
                    <w:szCs w:val="24"/>
                  </w:rPr>
                  <w:t>Click or tap here to enter text.</w:t>
                </w:r>
              </w:sdtContent>
            </w:sdt>
          </w:p>
        </w:tc>
        <w:tc>
          <w:tcPr>
            <w:tcW w:w="5112" w:type="dxa"/>
          </w:tcPr>
          <w:p w14:paraId="1FB290F1" w14:textId="6CC2FA2D" w:rsidR="00DD6A72" w:rsidRPr="00BD7467" w:rsidRDefault="00DB4BD3">
            <w:pPr>
              <w:rPr>
                <w:rFonts w:ascii="Calibri" w:hAnsi="Calibri" w:cs="Calibri"/>
                <w:sz w:val="24"/>
                <w:szCs w:val="24"/>
              </w:rPr>
            </w:pPr>
            <w:r w:rsidRPr="00BD7467">
              <w:rPr>
                <w:rFonts w:ascii="Calibri" w:hAnsi="Calibri" w:cs="Calibri"/>
                <w:sz w:val="24"/>
                <w:szCs w:val="24"/>
              </w:rPr>
              <w:t>Last name</w:t>
            </w:r>
            <w:r w:rsidRPr="00BD7467">
              <w:rPr>
                <w:rFonts w:ascii="Calibri" w:hAnsi="Calibri" w:cs="Calibri"/>
                <w:sz w:val="24"/>
                <w:szCs w:val="24"/>
              </w:rPr>
              <w:br/>
            </w:r>
            <w:sdt>
              <w:sdtPr>
                <w:rPr>
                  <w:rFonts w:ascii="Calibri" w:hAnsi="Calibri" w:cs="Calibri"/>
                  <w:sz w:val="24"/>
                  <w:szCs w:val="24"/>
                </w:rPr>
                <w:id w:val="-640501470"/>
                <w:placeholder>
                  <w:docPart w:val="E4BAF2EC354841BA883A861AF6AD944D"/>
                </w:placeholder>
                <w:showingPlcHdr/>
              </w:sdtPr>
              <w:sdtEndPr/>
              <w:sdtContent>
                <w:r w:rsidR="00BD7467" w:rsidRPr="00BD7467">
                  <w:rPr>
                    <w:rStyle w:val="PlaceholderText"/>
                    <w:sz w:val="24"/>
                    <w:szCs w:val="24"/>
                  </w:rPr>
                  <w:t>Click or tap here to enter text.</w:t>
                </w:r>
              </w:sdtContent>
            </w:sdt>
          </w:p>
        </w:tc>
      </w:tr>
    </w:tbl>
    <w:p w14:paraId="65BF93C5" w14:textId="77777777" w:rsidR="00DD6A72" w:rsidRPr="00BD7467" w:rsidRDefault="00DB4BD3">
      <w:pPr>
        <w:spacing w:before="80" w:after="40"/>
        <w:rPr>
          <w:rFonts w:ascii="Calibri" w:hAnsi="Calibri" w:cs="Calibri"/>
          <w:sz w:val="24"/>
          <w:szCs w:val="24"/>
        </w:rPr>
      </w:pPr>
      <w:r w:rsidRPr="00BD7467">
        <w:rPr>
          <w:rFonts w:ascii="Calibri" w:hAnsi="Calibri" w:cs="Calibri"/>
          <w:b/>
          <w:sz w:val="24"/>
          <w:szCs w:val="24"/>
        </w:rPr>
        <w:t>Referrer email *</w:t>
      </w:r>
    </w:p>
    <w:tbl>
      <w:tblPr>
        <w:tblStyle w:val="TableGrid"/>
        <w:tblW w:w="0" w:type="auto"/>
        <w:tblLook w:val="04A0" w:firstRow="1" w:lastRow="0" w:firstColumn="1" w:lastColumn="0" w:noHBand="0" w:noVBand="1"/>
      </w:tblPr>
      <w:tblGrid>
        <w:gridCol w:w="10201"/>
      </w:tblGrid>
      <w:tr w:rsidR="00BD7467" w:rsidRPr="00BD7467" w14:paraId="0358ADF6" w14:textId="77777777" w:rsidTr="00BD7467">
        <w:tc>
          <w:tcPr>
            <w:tcW w:w="10201" w:type="dxa"/>
          </w:tcPr>
          <w:p w14:paraId="0194CF07" w14:textId="0F048DDB" w:rsidR="00BD7467" w:rsidRPr="00BD7467" w:rsidRDefault="00BD7467">
            <w:pPr>
              <w:rPr>
                <w:rFonts w:ascii="Calibri" w:hAnsi="Calibri" w:cs="Calibri"/>
                <w:sz w:val="24"/>
                <w:szCs w:val="24"/>
              </w:rPr>
            </w:pPr>
            <w:r w:rsidRPr="00BD7467">
              <w:rPr>
                <w:rFonts w:ascii="Calibri" w:hAnsi="Calibri" w:cs="Calibri"/>
                <w:sz w:val="24"/>
                <w:szCs w:val="24"/>
              </w:rPr>
              <w:t>Email address</w:t>
            </w:r>
            <w:r w:rsidRPr="00BD7467">
              <w:rPr>
                <w:rFonts w:ascii="Calibri" w:hAnsi="Calibri" w:cs="Calibri"/>
                <w:sz w:val="24"/>
                <w:szCs w:val="24"/>
              </w:rPr>
              <w:br/>
            </w:r>
            <w:sdt>
              <w:sdtPr>
                <w:rPr>
                  <w:rFonts w:ascii="Calibri" w:hAnsi="Calibri" w:cs="Calibri"/>
                  <w:sz w:val="24"/>
                  <w:szCs w:val="24"/>
                </w:rPr>
                <w:id w:val="588501804"/>
                <w:placeholder>
                  <w:docPart w:val="CF9CFA75BCEE451A8CEF720BB1962575"/>
                </w:placeholder>
                <w:showingPlcHdr/>
              </w:sdtPr>
              <w:sdtEndPr/>
              <w:sdtContent>
                <w:r w:rsidRPr="00BD7467">
                  <w:rPr>
                    <w:rStyle w:val="PlaceholderText"/>
                    <w:sz w:val="24"/>
                    <w:szCs w:val="24"/>
                  </w:rPr>
                  <w:t>Click or tap here to enter text.</w:t>
                </w:r>
              </w:sdtContent>
            </w:sdt>
          </w:p>
        </w:tc>
      </w:tr>
    </w:tbl>
    <w:p w14:paraId="7C166E69" w14:textId="77777777" w:rsidR="00DD6A72" w:rsidRPr="00BD7467" w:rsidRDefault="00DB4BD3">
      <w:pPr>
        <w:spacing w:before="80" w:after="40"/>
        <w:rPr>
          <w:rFonts w:ascii="Calibri" w:hAnsi="Calibri" w:cs="Calibri"/>
          <w:sz w:val="24"/>
          <w:szCs w:val="24"/>
        </w:rPr>
      </w:pPr>
      <w:r w:rsidRPr="00BD7467">
        <w:rPr>
          <w:rFonts w:ascii="Calibri" w:hAnsi="Calibri" w:cs="Calibri"/>
          <w:b/>
          <w:sz w:val="24"/>
          <w:szCs w:val="24"/>
        </w:rPr>
        <w:t>Referrer organisation *</w:t>
      </w:r>
    </w:p>
    <w:tbl>
      <w:tblPr>
        <w:tblStyle w:val="TableGrid"/>
        <w:tblW w:w="0" w:type="auto"/>
        <w:tblLook w:val="04A0" w:firstRow="1" w:lastRow="0" w:firstColumn="1" w:lastColumn="0" w:noHBand="0" w:noVBand="1"/>
      </w:tblPr>
      <w:tblGrid>
        <w:gridCol w:w="10214"/>
      </w:tblGrid>
      <w:tr w:rsidR="00DD6A72" w:rsidRPr="00A62612" w14:paraId="46815ADF" w14:textId="77777777" w:rsidTr="00BD7467">
        <w:sdt>
          <w:sdtPr>
            <w:rPr>
              <w:rFonts w:ascii="Calibri" w:hAnsi="Calibri" w:cs="Calibri"/>
            </w:rPr>
            <w:id w:val="1793014615"/>
            <w:placeholder>
              <w:docPart w:val="DA55FD40B19A4B389BF3E36D80F85C70"/>
            </w:placeholder>
            <w:showingPlcHdr/>
          </w:sdtPr>
          <w:sdtEndPr/>
          <w:sdtContent>
            <w:tc>
              <w:tcPr>
                <w:tcW w:w="10224" w:type="dxa"/>
              </w:tcPr>
              <w:p w14:paraId="0396AD41" w14:textId="60394700" w:rsidR="00DD6A72" w:rsidRPr="00A62612" w:rsidRDefault="00BD7467">
                <w:pPr>
                  <w:rPr>
                    <w:rFonts w:ascii="Calibri" w:hAnsi="Calibri" w:cs="Calibri"/>
                  </w:rPr>
                </w:pPr>
                <w:r w:rsidRPr="00BD7467">
                  <w:rPr>
                    <w:rStyle w:val="PlaceholderText"/>
                    <w:sz w:val="24"/>
                    <w:szCs w:val="24"/>
                  </w:rPr>
                  <w:t>Click or tap here to enter text.</w:t>
                </w:r>
              </w:p>
            </w:tc>
          </w:sdtContent>
        </w:sdt>
      </w:tr>
    </w:tbl>
    <w:p w14:paraId="5CD05B71" w14:textId="77777777" w:rsidR="00DD6A72" w:rsidRPr="00BD7467" w:rsidRDefault="00DB4BD3">
      <w:pPr>
        <w:spacing w:before="80" w:after="40"/>
        <w:rPr>
          <w:rFonts w:ascii="Calibri" w:hAnsi="Calibri" w:cs="Calibri"/>
          <w:sz w:val="24"/>
          <w:szCs w:val="24"/>
        </w:rPr>
      </w:pPr>
      <w:r w:rsidRPr="00BD7467">
        <w:rPr>
          <w:rFonts w:ascii="Calibri" w:hAnsi="Calibri" w:cs="Calibri"/>
          <w:b/>
          <w:sz w:val="24"/>
          <w:szCs w:val="24"/>
        </w:rPr>
        <w:t>Referrer phone *</w:t>
      </w:r>
    </w:p>
    <w:tbl>
      <w:tblPr>
        <w:tblStyle w:val="TableGrid"/>
        <w:tblW w:w="0" w:type="auto"/>
        <w:tblLook w:val="04A0" w:firstRow="1" w:lastRow="0" w:firstColumn="1" w:lastColumn="0" w:noHBand="0" w:noVBand="1"/>
      </w:tblPr>
      <w:tblGrid>
        <w:gridCol w:w="10214"/>
      </w:tblGrid>
      <w:tr w:rsidR="00DD6A72" w:rsidRPr="00A62612" w14:paraId="77D05EFF" w14:textId="77777777" w:rsidTr="00BD7467">
        <w:sdt>
          <w:sdtPr>
            <w:rPr>
              <w:rFonts w:ascii="Calibri" w:hAnsi="Calibri" w:cs="Calibri"/>
            </w:rPr>
            <w:id w:val="-881317271"/>
            <w:placeholder>
              <w:docPart w:val="4A622E8E56A548C3BFB60030F5D36FCB"/>
            </w:placeholder>
            <w:showingPlcHdr/>
          </w:sdtPr>
          <w:sdtEndPr/>
          <w:sdtContent>
            <w:tc>
              <w:tcPr>
                <w:tcW w:w="10224" w:type="dxa"/>
              </w:tcPr>
              <w:p w14:paraId="4050D38B" w14:textId="1E00E5DF" w:rsidR="00DD6A72" w:rsidRPr="00A62612" w:rsidRDefault="00BD7467">
                <w:pPr>
                  <w:rPr>
                    <w:rFonts w:ascii="Calibri" w:hAnsi="Calibri" w:cs="Calibri"/>
                  </w:rPr>
                </w:pPr>
                <w:r w:rsidRPr="00BD7467">
                  <w:rPr>
                    <w:rStyle w:val="PlaceholderText"/>
                    <w:sz w:val="24"/>
                    <w:szCs w:val="24"/>
                  </w:rPr>
                  <w:t>Click or tap here to enter text.</w:t>
                </w:r>
              </w:p>
            </w:tc>
          </w:sdtContent>
        </w:sdt>
      </w:tr>
    </w:tbl>
    <w:p w14:paraId="0FD9653C" w14:textId="77777777" w:rsidR="00DD6A72" w:rsidRDefault="00DD6A72">
      <w:pPr>
        <w:spacing w:after="0"/>
        <w:rPr>
          <w:rFonts w:ascii="Calibri" w:hAnsi="Calibri" w:cs="Calibri"/>
        </w:rPr>
      </w:pPr>
    </w:p>
    <w:p w14:paraId="47975E65" w14:textId="77777777" w:rsidR="00564067" w:rsidRDefault="00564067">
      <w:pPr>
        <w:spacing w:after="0"/>
        <w:rPr>
          <w:rFonts w:ascii="Calibri" w:hAnsi="Calibri" w:cs="Calibri"/>
        </w:rPr>
      </w:pPr>
    </w:p>
    <w:p w14:paraId="336B7328" w14:textId="77777777" w:rsidR="00564067" w:rsidRDefault="00564067">
      <w:pPr>
        <w:spacing w:after="0"/>
        <w:rPr>
          <w:rFonts w:ascii="Calibri" w:hAnsi="Calibri" w:cs="Calibri"/>
        </w:rPr>
      </w:pPr>
    </w:p>
    <w:p w14:paraId="3D7E6EBA" w14:textId="77777777" w:rsidR="00564067" w:rsidRDefault="00564067">
      <w:pPr>
        <w:spacing w:after="0"/>
        <w:rPr>
          <w:rFonts w:ascii="Calibri" w:hAnsi="Calibri" w:cs="Calibri"/>
        </w:rPr>
      </w:pPr>
    </w:p>
    <w:p w14:paraId="358A844F" w14:textId="77777777" w:rsidR="00564067" w:rsidRDefault="00564067">
      <w:pPr>
        <w:spacing w:after="0"/>
        <w:rPr>
          <w:rFonts w:ascii="Calibri" w:hAnsi="Calibri" w:cs="Calibri"/>
        </w:rPr>
      </w:pPr>
    </w:p>
    <w:p w14:paraId="65CB3B2D" w14:textId="77777777" w:rsidR="00564067" w:rsidRPr="00A62612" w:rsidRDefault="00564067">
      <w:pPr>
        <w:spacing w:after="0"/>
        <w:rPr>
          <w:rFonts w:ascii="Calibri" w:hAnsi="Calibri" w:cs="Calibri"/>
        </w:rPr>
      </w:pPr>
    </w:p>
    <w:p w14:paraId="220D675F" w14:textId="77777777" w:rsidR="00DD6A72" w:rsidRPr="00BD7467" w:rsidRDefault="00DB4BD3">
      <w:pPr>
        <w:spacing w:before="80" w:after="40"/>
        <w:rPr>
          <w:rFonts w:ascii="Calibri" w:hAnsi="Calibri" w:cs="Calibri"/>
          <w:sz w:val="24"/>
          <w:szCs w:val="28"/>
        </w:rPr>
      </w:pPr>
      <w:r w:rsidRPr="00BD7467">
        <w:rPr>
          <w:rFonts w:ascii="Calibri" w:hAnsi="Calibri" w:cs="Calibri"/>
          <w:b/>
          <w:sz w:val="24"/>
          <w:szCs w:val="28"/>
        </w:rPr>
        <w:t>Please let us know about risks, safety concerns or other information about the person being referred that we should be aware of?</w:t>
      </w:r>
    </w:p>
    <w:tbl>
      <w:tblPr>
        <w:tblStyle w:val="TableGrid"/>
        <w:tblW w:w="0" w:type="auto"/>
        <w:tblLook w:val="04A0" w:firstRow="1" w:lastRow="0" w:firstColumn="1" w:lastColumn="0" w:noHBand="0" w:noVBand="1"/>
      </w:tblPr>
      <w:tblGrid>
        <w:gridCol w:w="10214"/>
      </w:tblGrid>
      <w:tr w:rsidR="00DD6A72" w:rsidRPr="00A62612" w14:paraId="6ED28466" w14:textId="77777777" w:rsidTr="00BD7467">
        <w:trPr>
          <w:trHeight w:val="2977"/>
        </w:trPr>
        <w:sdt>
          <w:sdtPr>
            <w:rPr>
              <w:rFonts w:ascii="Calibri" w:hAnsi="Calibri" w:cs="Calibri"/>
            </w:rPr>
            <w:id w:val="2009404115"/>
            <w:placeholder>
              <w:docPart w:val="67726B637FF245ACBEF6926527EE6452"/>
            </w:placeholder>
            <w:showingPlcHdr/>
          </w:sdtPr>
          <w:sdtEndPr/>
          <w:sdtContent>
            <w:tc>
              <w:tcPr>
                <w:tcW w:w="10214" w:type="dxa"/>
              </w:tcPr>
              <w:p w14:paraId="7743604E" w14:textId="40D3773B" w:rsidR="00DD6A72" w:rsidRPr="00A62612" w:rsidRDefault="00BD7467">
                <w:pPr>
                  <w:rPr>
                    <w:rFonts w:ascii="Calibri" w:hAnsi="Calibri" w:cs="Calibri"/>
                  </w:rPr>
                </w:pPr>
                <w:r w:rsidRPr="00BD7467">
                  <w:rPr>
                    <w:rStyle w:val="PlaceholderText"/>
                    <w:sz w:val="24"/>
                    <w:szCs w:val="24"/>
                  </w:rPr>
                  <w:t>Click or tap here to enter text.</w:t>
                </w:r>
              </w:p>
            </w:tc>
          </w:sdtContent>
        </w:sdt>
      </w:tr>
    </w:tbl>
    <w:p w14:paraId="7CA69E22" w14:textId="77777777" w:rsidR="00DD6A72" w:rsidRPr="00A62612" w:rsidRDefault="00DD6A72">
      <w:pPr>
        <w:spacing w:after="0"/>
        <w:rPr>
          <w:rFonts w:ascii="Calibri" w:hAnsi="Calibri" w:cs="Calibri"/>
        </w:rPr>
      </w:pPr>
    </w:p>
    <w:p w14:paraId="1F0D6D3F" w14:textId="77777777" w:rsidR="00DD6A72" w:rsidRPr="00A8158D" w:rsidRDefault="00DB4BD3">
      <w:pPr>
        <w:spacing w:before="160" w:after="80"/>
        <w:rPr>
          <w:rFonts w:ascii="Calibri" w:hAnsi="Calibri" w:cs="Calibri"/>
          <w:color w:val="365F91" w:themeColor="accent1" w:themeShade="BF"/>
        </w:rPr>
      </w:pPr>
      <w:r w:rsidRPr="00A8158D">
        <w:rPr>
          <w:rFonts w:ascii="Calibri" w:hAnsi="Calibri" w:cs="Calibri"/>
          <w:b/>
          <w:color w:val="365F91" w:themeColor="accent1" w:themeShade="BF"/>
          <w:sz w:val="28"/>
        </w:rPr>
        <w:t>3. Client Details</w:t>
      </w:r>
    </w:p>
    <w:p w14:paraId="6124DD21" w14:textId="77777777" w:rsidR="00DD6A72" w:rsidRPr="00BD7467" w:rsidRDefault="00DB4BD3">
      <w:pPr>
        <w:rPr>
          <w:rFonts w:ascii="Calibri" w:hAnsi="Calibri" w:cs="Calibri"/>
          <w:sz w:val="24"/>
          <w:szCs w:val="24"/>
        </w:rPr>
      </w:pPr>
      <w:r w:rsidRPr="00BD7467">
        <w:rPr>
          <w:rFonts w:ascii="Calibri" w:hAnsi="Calibri" w:cs="Calibri"/>
          <w:sz w:val="24"/>
          <w:szCs w:val="24"/>
        </w:rPr>
        <w:t>Details for the person being referred to a Catalyst Support service.</w:t>
      </w:r>
    </w:p>
    <w:p w14:paraId="5E44339F" w14:textId="77777777" w:rsidR="00DD6A72" w:rsidRPr="00BD7467" w:rsidRDefault="00DB4BD3">
      <w:pPr>
        <w:spacing w:before="80" w:after="40"/>
        <w:rPr>
          <w:rFonts w:ascii="Calibri" w:hAnsi="Calibri" w:cs="Calibri"/>
          <w:sz w:val="24"/>
          <w:szCs w:val="24"/>
        </w:rPr>
      </w:pPr>
      <w:r w:rsidRPr="00BD7467">
        <w:rPr>
          <w:rFonts w:ascii="Calibri" w:hAnsi="Calibri" w:cs="Calibri"/>
          <w:b/>
          <w:sz w:val="24"/>
          <w:szCs w:val="24"/>
        </w:rPr>
        <w:t>Client name *</w:t>
      </w:r>
    </w:p>
    <w:tbl>
      <w:tblPr>
        <w:tblStyle w:val="TableGrid"/>
        <w:tblW w:w="0" w:type="auto"/>
        <w:tblLook w:val="04A0" w:firstRow="1" w:lastRow="0" w:firstColumn="1" w:lastColumn="0" w:noHBand="0" w:noVBand="1"/>
      </w:tblPr>
      <w:tblGrid>
        <w:gridCol w:w="5107"/>
        <w:gridCol w:w="5107"/>
      </w:tblGrid>
      <w:tr w:rsidR="00DD6A72" w:rsidRPr="00BD7467" w14:paraId="44080714" w14:textId="77777777" w:rsidTr="00BD7467">
        <w:tc>
          <w:tcPr>
            <w:tcW w:w="5112" w:type="dxa"/>
          </w:tcPr>
          <w:p w14:paraId="797D4588" w14:textId="57710C75" w:rsidR="00DD6A72" w:rsidRPr="00BD7467" w:rsidRDefault="00DB4BD3">
            <w:pPr>
              <w:rPr>
                <w:rFonts w:ascii="Calibri" w:hAnsi="Calibri" w:cs="Calibri"/>
                <w:sz w:val="24"/>
                <w:szCs w:val="24"/>
              </w:rPr>
            </w:pPr>
            <w:r w:rsidRPr="00BD7467">
              <w:rPr>
                <w:rFonts w:ascii="Calibri" w:hAnsi="Calibri" w:cs="Calibri"/>
                <w:sz w:val="24"/>
                <w:szCs w:val="24"/>
              </w:rPr>
              <w:t>First name</w:t>
            </w:r>
            <w:r w:rsidRPr="00BD7467">
              <w:rPr>
                <w:rFonts w:ascii="Calibri" w:hAnsi="Calibri" w:cs="Calibri"/>
                <w:sz w:val="24"/>
                <w:szCs w:val="24"/>
              </w:rPr>
              <w:br/>
            </w:r>
            <w:sdt>
              <w:sdtPr>
                <w:rPr>
                  <w:rFonts w:ascii="Calibri" w:hAnsi="Calibri" w:cs="Calibri"/>
                  <w:sz w:val="24"/>
                  <w:szCs w:val="24"/>
                </w:rPr>
                <w:id w:val="-367998090"/>
                <w:placeholder>
                  <w:docPart w:val="207727025D3C4E8BB22C02654CEA1CB8"/>
                </w:placeholder>
                <w:showingPlcHdr/>
              </w:sdtPr>
              <w:sdtEndPr/>
              <w:sdtContent>
                <w:r w:rsidR="00BD7467" w:rsidRPr="00BD7467">
                  <w:rPr>
                    <w:rStyle w:val="PlaceholderText"/>
                    <w:sz w:val="24"/>
                    <w:szCs w:val="24"/>
                  </w:rPr>
                  <w:t>Click or tap here to enter text.</w:t>
                </w:r>
              </w:sdtContent>
            </w:sdt>
          </w:p>
        </w:tc>
        <w:tc>
          <w:tcPr>
            <w:tcW w:w="5112" w:type="dxa"/>
          </w:tcPr>
          <w:p w14:paraId="55E16C63" w14:textId="26F7CB4F" w:rsidR="00DD6A72" w:rsidRPr="00BD7467" w:rsidRDefault="00DB4BD3">
            <w:pPr>
              <w:rPr>
                <w:rFonts w:ascii="Calibri" w:hAnsi="Calibri" w:cs="Calibri"/>
                <w:sz w:val="24"/>
                <w:szCs w:val="24"/>
              </w:rPr>
            </w:pPr>
            <w:r w:rsidRPr="00BD7467">
              <w:rPr>
                <w:rFonts w:ascii="Calibri" w:hAnsi="Calibri" w:cs="Calibri"/>
                <w:sz w:val="24"/>
                <w:szCs w:val="24"/>
              </w:rPr>
              <w:t>Last name</w:t>
            </w:r>
            <w:r w:rsidRPr="00BD7467">
              <w:rPr>
                <w:rFonts w:ascii="Calibri" w:hAnsi="Calibri" w:cs="Calibri"/>
                <w:sz w:val="24"/>
                <w:szCs w:val="24"/>
              </w:rPr>
              <w:br/>
            </w:r>
            <w:sdt>
              <w:sdtPr>
                <w:rPr>
                  <w:rFonts w:ascii="Calibri" w:hAnsi="Calibri" w:cs="Calibri"/>
                  <w:sz w:val="24"/>
                  <w:szCs w:val="24"/>
                </w:rPr>
                <w:id w:val="1960453837"/>
                <w:placeholder>
                  <w:docPart w:val="EF3F8708AADA4174A1DE16A3BA33D900"/>
                </w:placeholder>
                <w:showingPlcHdr/>
              </w:sdtPr>
              <w:sdtEndPr/>
              <w:sdtContent>
                <w:r w:rsidR="00BD7467" w:rsidRPr="00BD7467">
                  <w:rPr>
                    <w:rStyle w:val="PlaceholderText"/>
                    <w:sz w:val="24"/>
                    <w:szCs w:val="24"/>
                  </w:rPr>
                  <w:t>Click or tap here to enter text.</w:t>
                </w:r>
              </w:sdtContent>
            </w:sdt>
          </w:p>
        </w:tc>
      </w:tr>
    </w:tbl>
    <w:p w14:paraId="03046070" w14:textId="77777777" w:rsidR="00DD6A72" w:rsidRPr="00BD7467" w:rsidRDefault="00DB4BD3">
      <w:pPr>
        <w:spacing w:before="80" w:after="40"/>
        <w:rPr>
          <w:rFonts w:ascii="Calibri" w:hAnsi="Calibri" w:cs="Calibri"/>
          <w:sz w:val="24"/>
          <w:szCs w:val="24"/>
        </w:rPr>
      </w:pPr>
      <w:r w:rsidRPr="00BD7467">
        <w:rPr>
          <w:rFonts w:ascii="Calibri" w:hAnsi="Calibri" w:cs="Calibri"/>
          <w:b/>
          <w:sz w:val="24"/>
          <w:szCs w:val="24"/>
        </w:rPr>
        <w:t>Client email address *</w:t>
      </w:r>
    </w:p>
    <w:tbl>
      <w:tblPr>
        <w:tblStyle w:val="TableGrid"/>
        <w:tblW w:w="0" w:type="auto"/>
        <w:tblLook w:val="04A0" w:firstRow="1" w:lastRow="0" w:firstColumn="1" w:lastColumn="0" w:noHBand="0" w:noVBand="1"/>
      </w:tblPr>
      <w:tblGrid>
        <w:gridCol w:w="10201"/>
      </w:tblGrid>
      <w:tr w:rsidR="00BD7467" w:rsidRPr="00BD7467" w14:paraId="781E0531" w14:textId="77777777" w:rsidTr="00BD7467">
        <w:tc>
          <w:tcPr>
            <w:tcW w:w="10201" w:type="dxa"/>
          </w:tcPr>
          <w:p w14:paraId="59F457D1" w14:textId="06A97615" w:rsidR="00BD7467" w:rsidRPr="00BD7467" w:rsidRDefault="00BD7467">
            <w:pPr>
              <w:rPr>
                <w:rFonts w:ascii="Calibri" w:hAnsi="Calibri" w:cs="Calibri"/>
                <w:sz w:val="24"/>
                <w:szCs w:val="24"/>
              </w:rPr>
            </w:pPr>
            <w:r w:rsidRPr="00BD7467">
              <w:rPr>
                <w:rFonts w:ascii="Calibri" w:hAnsi="Calibri" w:cs="Calibri"/>
                <w:sz w:val="24"/>
                <w:szCs w:val="24"/>
              </w:rPr>
              <w:t>Email address</w:t>
            </w:r>
            <w:r w:rsidRPr="00BD7467">
              <w:rPr>
                <w:rFonts w:ascii="Calibri" w:hAnsi="Calibri" w:cs="Calibri"/>
                <w:sz w:val="24"/>
                <w:szCs w:val="24"/>
              </w:rPr>
              <w:br/>
            </w:r>
            <w:sdt>
              <w:sdtPr>
                <w:rPr>
                  <w:rFonts w:ascii="Calibri" w:hAnsi="Calibri" w:cs="Calibri"/>
                  <w:sz w:val="24"/>
                  <w:szCs w:val="24"/>
                </w:rPr>
                <w:id w:val="1826618200"/>
                <w:placeholder>
                  <w:docPart w:val="BBAF47FB7F0F4C5EBA68DD9E43D0F2FF"/>
                </w:placeholder>
                <w:showingPlcHdr/>
              </w:sdtPr>
              <w:sdtEndPr/>
              <w:sdtContent>
                <w:r w:rsidRPr="00BD7467">
                  <w:rPr>
                    <w:rStyle w:val="PlaceholderText"/>
                    <w:sz w:val="24"/>
                    <w:szCs w:val="24"/>
                  </w:rPr>
                  <w:t>Click or tap here to enter text.</w:t>
                </w:r>
              </w:sdtContent>
            </w:sdt>
          </w:p>
        </w:tc>
      </w:tr>
    </w:tbl>
    <w:p w14:paraId="32BA24F5" w14:textId="77777777" w:rsidR="00DD6A72" w:rsidRPr="00BD7467" w:rsidRDefault="00DB4BD3">
      <w:pPr>
        <w:spacing w:before="80" w:after="40"/>
        <w:rPr>
          <w:rFonts w:ascii="Calibri" w:hAnsi="Calibri" w:cs="Calibri"/>
          <w:sz w:val="24"/>
          <w:szCs w:val="24"/>
        </w:rPr>
      </w:pPr>
      <w:r w:rsidRPr="00BD7467">
        <w:rPr>
          <w:rFonts w:ascii="Calibri" w:hAnsi="Calibri" w:cs="Calibri"/>
          <w:b/>
          <w:sz w:val="24"/>
          <w:szCs w:val="24"/>
        </w:rPr>
        <w:t>Client date of birth *</w:t>
      </w:r>
    </w:p>
    <w:tbl>
      <w:tblPr>
        <w:tblStyle w:val="TableGrid"/>
        <w:tblW w:w="0" w:type="auto"/>
        <w:tblLook w:val="04A0" w:firstRow="1" w:lastRow="0" w:firstColumn="1" w:lastColumn="0" w:noHBand="0" w:noVBand="1"/>
      </w:tblPr>
      <w:tblGrid>
        <w:gridCol w:w="10214"/>
      </w:tblGrid>
      <w:tr w:rsidR="00DD6A72" w:rsidRPr="00BD7467" w14:paraId="742C056E" w14:textId="77777777" w:rsidTr="00B27FB0">
        <w:sdt>
          <w:sdtPr>
            <w:rPr>
              <w:rFonts w:ascii="Calibri" w:hAnsi="Calibri" w:cs="Calibri"/>
              <w:sz w:val="24"/>
              <w:szCs w:val="24"/>
            </w:rPr>
            <w:id w:val="996694789"/>
            <w:placeholder>
              <w:docPart w:val="DefaultPlaceholder_-1854013440"/>
            </w:placeholder>
            <w:showingPlcHdr/>
          </w:sdtPr>
          <w:sdtEndPr/>
          <w:sdtContent>
            <w:tc>
              <w:tcPr>
                <w:tcW w:w="10224" w:type="dxa"/>
              </w:tcPr>
              <w:p w14:paraId="2A28A418" w14:textId="119B8CB5" w:rsidR="00DD6A72" w:rsidRPr="00BD7467" w:rsidRDefault="00BB6C48">
                <w:pPr>
                  <w:rPr>
                    <w:rFonts w:ascii="Calibri" w:hAnsi="Calibri" w:cs="Calibri"/>
                    <w:sz w:val="24"/>
                    <w:szCs w:val="24"/>
                  </w:rPr>
                </w:pPr>
                <w:r w:rsidRPr="00BB6C48">
                  <w:rPr>
                    <w:rStyle w:val="PlaceholderText"/>
                    <w:sz w:val="24"/>
                    <w:szCs w:val="24"/>
                  </w:rPr>
                  <w:t>Click or tap here to enter text.</w:t>
                </w:r>
              </w:p>
            </w:tc>
          </w:sdtContent>
        </w:sdt>
      </w:tr>
    </w:tbl>
    <w:p w14:paraId="46CE11DE" w14:textId="77777777" w:rsidR="00DD6A72" w:rsidRPr="00BD7467" w:rsidRDefault="00DB4BD3">
      <w:pPr>
        <w:rPr>
          <w:rFonts w:ascii="Calibri" w:hAnsi="Calibri" w:cs="Calibri"/>
          <w:sz w:val="24"/>
          <w:szCs w:val="24"/>
        </w:rPr>
      </w:pPr>
      <w:r w:rsidRPr="00BD7467">
        <w:rPr>
          <w:rFonts w:ascii="Calibri" w:hAnsi="Calibri" w:cs="Calibri"/>
          <w:i/>
          <w:sz w:val="24"/>
          <w:szCs w:val="24"/>
        </w:rPr>
        <w:t>Please note that we are unable to work with anyone under the age of 16.</w:t>
      </w:r>
    </w:p>
    <w:p w14:paraId="6A904138" w14:textId="77777777" w:rsidR="00DD6A72" w:rsidRPr="00BD7467" w:rsidRDefault="00DB4BD3">
      <w:pPr>
        <w:spacing w:before="80" w:after="40"/>
        <w:rPr>
          <w:rFonts w:ascii="Calibri" w:hAnsi="Calibri" w:cs="Calibri"/>
          <w:sz w:val="24"/>
          <w:szCs w:val="24"/>
        </w:rPr>
      </w:pPr>
      <w:r w:rsidRPr="00BD7467">
        <w:rPr>
          <w:rFonts w:ascii="Calibri" w:hAnsi="Calibri" w:cs="Calibri"/>
          <w:b/>
          <w:sz w:val="24"/>
          <w:szCs w:val="24"/>
        </w:rPr>
        <w:t>Client phone *</w:t>
      </w:r>
    </w:p>
    <w:tbl>
      <w:tblPr>
        <w:tblStyle w:val="TableGrid"/>
        <w:tblW w:w="0" w:type="auto"/>
        <w:tblLook w:val="04A0" w:firstRow="1" w:lastRow="0" w:firstColumn="1" w:lastColumn="0" w:noHBand="0" w:noVBand="1"/>
      </w:tblPr>
      <w:tblGrid>
        <w:gridCol w:w="10214"/>
      </w:tblGrid>
      <w:tr w:rsidR="00DD6A72" w:rsidRPr="00BD7467" w14:paraId="486F6FFF" w14:textId="77777777" w:rsidTr="00D86876">
        <w:sdt>
          <w:sdtPr>
            <w:rPr>
              <w:rFonts w:ascii="Calibri" w:hAnsi="Calibri" w:cs="Calibri"/>
              <w:sz w:val="24"/>
              <w:szCs w:val="24"/>
            </w:rPr>
            <w:id w:val="1844812639"/>
            <w:placeholder>
              <w:docPart w:val="DefaultPlaceholder_-1854013440"/>
            </w:placeholder>
            <w:showingPlcHdr/>
          </w:sdtPr>
          <w:sdtEndPr/>
          <w:sdtContent>
            <w:tc>
              <w:tcPr>
                <w:tcW w:w="10224" w:type="dxa"/>
              </w:tcPr>
              <w:p w14:paraId="3B22FDCD" w14:textId="7A1F1091" w:rsidR="00DD6A72" w:rsidRPr="00BD7467" w:rsidRDefault="00D86876">
                <w:pPr>
                  <w:rPr>
                    <w:rFonts w:ascii="Calibri" w:hAnsi="Calibri" w:cs="Calibri"/>
                    <w:sz w:val="24"/>
                    <w:szCs w:val="24"/>
                  </w:rPr>
                </w:pPr>
                <w:r w:rsidRPr="00D86876">
                  <w:rPr>
                    <w:rStyle w:val="PlaceholderText"/>
                    <w:sz w:val="24"/>
                    <w:szCs w:val="24"/>
                  </w:rPr>
                  <w:t>Click or tap here to enter text.</w:t>
                </w:r>
              </w:p>
            </w:tc>
          </w:sdtContent>
        </w:sdt>
      </w:tr>
    </w:tbl>
    <w:p w14:paraId="76287142" w14:textId="77777777" w:rsidR="00DD6A72" w:rsidRPr="00BD7467" w:rsidRDefault="00DD6A72">
      <w:pPr>
        <w:spacing w:after="0"/>
        <w:rPr>
          <w:rFonts w:ascii="Calibri" w:hAnsi="Calibri" w:cs="Calibri"/>
          <w:sz w:val="24"/>
          <w:szCs w:val="24"/>
        </w:rPr>
      </w:pPr>
    </w:p>
    <w:p w14:paraId="088DF933" w14:textId="77777777" w:rsidR="00DD6A72" w:rsidRPr="00BD7467" w:rsidRDefault="00DB4BD3">
      <w:pPr>
        <w:spacing w:before="80" w:after="40"/>
        <w:rPr>
          <w:rFonts w:ascii="Calibri" w:hAnsi="Calibri" w:cs="Calibri"/>
          <w:sz w:val="24"/>
          <w:szCs w:val="24"/>
        </w:rPr>
      </w:pPr>
      <w:r w:rsidRPr="00BD7467">
        <w:rPr>
          <w:rFonts w:ascii="Calibri" w:hAnsi="Calibri" w:cs="Calibri"/>
          <w:b/>
          <w:sz w:val="24"/>
          <w:szCs w:val="24"/>
        </w:rPr>
        <w:t>Client address *</w:t>
      </w:r>
    </w:p>
    <w:tbl>
      <w:tblPr>
        <w:tblStyle w:val="TableGrid"/>
        <w:tblW w:w="0" w:type="auto"/>
        <w:tblLook w:val="04A0" w:firstRow="1" w:lastRow="0" w:firstColumn="1" w:lastColumn="0" w:noHBand="0" w:noVBand="1"/>
      </w:tblPr>
      <w:tblGrid>
        <w:gridCol w:w="10214"/>
      </w:tblGrid>
      <w:tr w:rsidR="00DD6A72" w:rsidRPr="00BD7467" w14:paraId="471BE209" w14:textId="77777777" w:rsidTr="00D86876">
        <w:tc>
          <w:tcPr>
            <w:tcW w:w="10224" w:type="dxa"/>
          </w:tcPr>
          <w:p w14:paraId="499DD5B2" w14:textId="19171C40" w:rsidR="00DD6A72" w:rsidRPr="00D86876" w:rsidRDefault="00DB4BD3">
            <w:pPr>
              <w:rPr>
                <w:rFonts w:ascii="Calibri" w:hAnsi="Calibri" w:cs="Calibri"/>
                <w:sz w:val="24"/>
                <w:szCs w:val="24"/>
              </w:rPr>
            </w:pPr>
            <w:r w:rsidRPr="00D86876">
              <w:rPr>
                <w:rFonts w:ascii="Calibri" w:hAnsi="Calibri" w:cs="Calibri"/>
                <w:sz w:val="24"/>
                <w:szCs w:val="24"/>
              </w:rPr>
              <w:t>Address Line 1</w:t>
            </w:r>
            <w:r w:rsidRPr="00D86876">
              <w:rPr>
                <w:rFonts w:ascii="Calibri" w:hAnsi="Calibri" w:cs="Calibri"/>
                <w:sz w:val="24"/>
                <w:szCs w:val="24"/>
              </w:rPr>
              <w:br/>
            </w:r>
            <w:sdt>
              <w:sdtPr>
                <w:rPr>
                  <w:rFonts w:ascii="Calibri" w:hAnsi="Calibri" w:cs="Calibri"/>
                  <w:sz w:val="24"/>
                  <w:szCs w:val="24"/>
                </w:rPr>
                <w:id w:val="-1908914091"/>
                <w:placeholder>
                  <w:docPart w:val="DefaultPlaceholder_-1854013440"/>
                </w:placeholder>
                <w:showingPlcHdr/>
              </w:sdtPr>
              <w:sdtEndPr/>
              <w:sdtContent>
                <w:r w:rsidR="00D86876" w:rsidRPr="00D86876">
                  <w:rPr>
                    <w:rStyle w:val="PlaceholderText"/>
                    <w:sz w:val="24"/>
                    <w:szCs w:val="24"/>
                  </w:rPr>
                  <w:t>Click or tap here to enter text.</w:t>
                </w:r>
              </w:sdtContent>
            </w:sdt>
          </w:p>
        </w:tc>
      </w:tr>
      <w:tr w:rsidR="00DD6A72" w:rsidRPr="00BD7467" w14:paraId="10D25C25" w14:textId="77777777" w:rsidTr="00D86876">
        <w:tc>
          <w:tcPr>
            <w:tcW w:w="10224" w:type="dxa"/>
          </w:tcPr>
          <w:p w14:paraId="13BB3AFB" w14:textId="7756F851" w:rsidR="00DD6A72" w:rsidRPr="00D86876" w:rsidRDefault="00DB4BD3">
            <w:pPr>
              <w:rPr>
                <w:rFonts w:ascii="Calibri" w:hAnsi="Calibri" w:cs="Calibri"/>
                <w:sz w:val="24"/>
                <w:szCs w:val="24"/>
              </w:rPr>
            </w:pPr>
            <w:r w:rsidRPr="00D86876">
              <w:rPr>
                <w:rFonts w:ascii="Calibri" w:hAnsi="Calibri" w:cs="Calibri"/>
                <w:sz w:val="24"/>
                <w:szCs w:val="24"/>
              </w:rPr>
              <w:t>Address Line 2</w:t>
            </w:r>
            <w:r w:rsidRPr="00D86876">
              <w:rPr>
                <w:rFonts w:ascii="Calibri" w:hAnsi="Calibri" w:cs="Calibri"/>
                <w:sz w:val="24"/>
                <w:szCs w:val="24"/>
              </w:rPr>
              <w:br/>
            </w:r>
            <w:sdt>
              <w:sdtPr>
                <w:rPr>
                  <w:rFonts w:ascii="Calibri" w:hAnsi="Calibri" w:cs="Calibri"/>
                  <w:sz w:val="24"/>
                  <w:szCs w:val="24"/>
                </w:rPr>
                <w:id w:val="1733350023"/>
                <w:placeholder>
                  <w:docPart w:val="DefaultPlaceholder_-1854013440"/>
                </w:placeholder>
                <w:showingPlcHdr/>
              </w:sdtPr>
              <w:sdtEndPr/>
              <w:sdtContent>
                <w:r w:rsidR="00D86876" w:rsidRPr="00D86876">
                  <w:rPr>
                    <w:rStyle w:val="PlaceholderText"/>
                    <w:sz w:val="24"/>
                    <w:szCs w:val="24"/>
                  </w:rPr>
                  <w:t>Click or tap here to enter text.</w:t>
                </w:r>
              </w:sdtContent>
            </w:sdt>
          </w:p>
        </w:tc>
      </w:tr>
      <w:tr w:rsidR="00DD6A72" w:rsidRPr="00BD7467" w14:paraId="4D03CC14" w14:textId="77777777" w:rsidTr="00D86876">
        <w:tc>
          <w:tcPr>
            <w:tcW w:w="10224" w:type="dxa"/>
          </w:tcPr>
          <w:p w14:paraId="7125AA51" w14:textId="416D45E5" w:rsidR="00DD6A72" w:rsidRPr="00D86876" w:rsidRDefault="00DB4BD3">
            <w:pPr>
              <w:rPr>
                <w:rFonts w:ascii="Calibri" w:hAnsi="Calibri" w:cs="Calibri"/>
                <w:sz w:val="24"/>
                <w:szCs w:val="24"/>
              </w:rPr>
            </w:pPr>
            <w:r w:rsidRPr="00D86876">
              <w:rPr>
                <w:rFonts w:ascii="Calibri" w:hAnsi="Calibri" w:cs="Calibri"/>
                <w:sz w:val="24"/>
                <w:szCs w:val="24"/>
              </w:rPr>
              <w:t>Town / City</w:t>
            </w:r>
            <w:r w:rsidRPr="00D86876">
              <w:rPr>
                <w:rFonts w:ascii="Calibri" w:hAnsi="Calibri" w:cs="Calibri"/>
                <w:sz w:val="24"/>
                <w:szCs w:val="24"/>
              </w:rPr>
              <w:br/>
            </w:r>
            <w:sdt>
              <w:sdtPr>
                <w:rPr>
                  <w:rFonts w:ascii="Calibri" w:hAnsi="Calibri" w:cs="Calibri"/>
                  <w:sz w:val="24"/>
                  <w:szCs w:val="24"/>
                </w:rPr>
                <w:id w:val="394407547"/>
                <w:placeholder>
                  <w:docPart w:val="DefaultPlaceholder_-1854013440"/>
                </w:placeholder>
                <w:showingPlcHdr/>
              </w:sdtPr>
              <w:sdtEndPr/>
              <w:sdtContent>
                <w:r w:rsidR="00D86876" w:rsidRPr="00D86876">
                  <w:rPr>
                    <w:rStyle w:val="PlaceholderText"/>
                    <w:sz w:val="24"/>
                    <w:szCs w:val="24"/>
                  </w:rPr>
                  <w:t>Click or tap here to enter text.</w:t>
                </w:r>
              </w:sdtContent>
            </w:sdt>
          </w:p>
        </w:tc>
      </w:tr>
      <w:tr w:rsidR="00DD6A72" w:rsidRPr="00BD7467" w14:paraId="42C5684F" w14:textId="77777777" w:rsidTr="00D86876">
        <w:tc>
          <w:tcPr>
            <w:tcW w:w="10224" w:type="dxa"/>
          </w:tcPr>
          <w:p w14:paraId="25B8EF69" w14:textId="104E6C0D" w:rsidR="00DD6A72" w:rsidRPr="00D86876" w:rsidRDefault="00DB4BD3">
            <w:pPr>
              <w:rPr>
                <w:rFonts w:ascii="Calibri" w:hAnsi="Calibri" w:cs="Calibri"/>
                <w:sz w:val="24"/>
                <w:szCs w:val="24"/>
              </w:rPr>
            </w:pPr>
            <w:r w:rsidRPr="00D86876">
              <w:rPr>
                <w:rFonts w:ascii="Calibri" w:hAnsi="Calibri" w:cs="Calibri"/>
                <w:sz w:val="24"/>
                <w:szCs w:val="24"/>
              </w:rPr>
              <w:t>County</w:t>
            </w:r>
            <w:r w:rsidRPr="00D86876">
              <w:rPr>
                <w:rFonts w:ascii="Calibri" w:hAnsi="Calibri" w:cs="Calibri"/>
                <w:sz w:val="24"/>
                <w:szCs w:val="24"/>
              </w:rPr>
              <w:br/>
            </w:r>
            <w:sdt>
              <w:sdtPr>
                <w:rPr>
                  <w:rFonts w:ascii="Calibri" w:hAnsi="Calibri" w:cs="Calibri"/>
                  <w:sz w:val="24"/>
                  <w:szCs w:val="24"/>
                </w:rPr>
                <w:id w:val="1251851974"/>
                <w:placeholder>
                  <w:docPart w:val="DefaultPlaceholder_-1854013440"/>
                </w:placeholder>
                <w:showingPlcHdr/>
              </w:sdtPr>
              <w:sdtEndPr/>
              <w:sdtContent>
                <w:r w:rsidR="00D86876" w:rsidRPr="00D86876">
                  <w:rPr>
                    <w:rStyle w:val="PlaceholderText"/>
                    <w:sz w:val="24"/>
                    <w:szCs w:val="24"/>
                  </w:rPr>
                  <w:t>Click or tap here to enter text.</w:t>
                </w:r>
              </w:sdtContent>
            </w:sdt>
          </w:p>
        </w:tc>
      </w:tr>
      <w:tr w:rsidR="00DD6A72" w:rsidRPr="00BD7467" w14:paraId="60E04DB7" w14:textId="77777777" w:rsidTr="00D86876">
        <w:tc>
          <w:tcPr>
            <w:tcW w:w="10224" w:type="dxa"/>
          </w:tcPr>
          <w:p w14:paraId="2A3F7E62" w14:textId="1904D8EF" w:rsidR="00DD6A72" w:rsidRPr="00D86876" w:rsidRDefault="00DB4BD3">
            <w:pPr>
              <w:rPr>
                <w:rFonts w:ascii="Calibri" w:hAnsi="Calibri" w:cs="Calibri"/>
                <w:sz w:val="24"/>
                <w:szCs w:val="24"/>
              </w:rPr>
            </w:pPr>
            <w:r w:rsidRPr="00D86876">
              <w:rPr>
                <w:rFonts w:ascii="Calibri" w:hAnsi="Calibri" w:cs="Calibri"/>
                <w:sz w:val="24"/>
                <w:szCs w:val="24"/>
              </w:rPr>
              <w:t>Post Code</w:t>
            </w:r>
            <w:r w:rsidRPr="00D86876">
              <w:rPr>
                <w:rFonts w:ascii="Calibri" w:hAnsi="Calibri" w:cs="Calibri"/>
                <w:sz w:val="24"/>
                <w:szCs w:val="24"/>
              </w:rPr>
              <w:br/>
            </w:r>
            <w:sdt>
              <w:sdtPr>
                <w:rPr>
                  <w:rFonts w:ascii="Calibri" w:hAnsi="Calibri" w:cs="Calibri"/>
                  <w:sz w:val="24"/>
                  <w:szCs w:val="24"/>
                </w:rPr>
                <w:id w:val="-1782177870"/>
                <w:placeholder>
                  <w:docPart w:val="DefaultPlaceholder_-1854013440"/>
                </w:placeholder>
                <w:showingPlcHdr/>
              </w:sdtPr>
              <w:sdtEndPr/>
              <w:sdtContent>
                <w:r w:rsidR="00D86876" w:rsidRPr="00D86876">
                  <w:rPr>
                    <w:rStyle w:val="PlaceholderText"/>
                    <w:sz w:val="24"/>
                    <w:szCs w:val="24"/>
                  </w:rPr>
                  <w:t>Click or tap here to enter text.</w:t>
                </w:r>
              </w:sdtContent>
            </w:sdt>
          </w:p>
        </w:tc>
      </w:tr>
    </w:tbl>
    <w:p w14:paraId="41D4460C" w14:textId="77777777" w:rsidR="0098589D" w:rsidRDefault="0098589D">
      <w:pPr>
        <w:spacing w:before="80" w:after="40"/>
        <w:rPr>
          <w:rFonts w:ascii="Calibri" w:hAnsi="Calibri" w:cs="Calibri"/>
          <w:b/>
          <w:sz w:val="24"/>
          <w:szCs w:val="24"/>
        </w:rPr>
      </w:pPr>
    </w:p>
    <w:p w14:paraId="568666BD" w14:textId="77777777" w:rsidR="00564067" w:rsidRDefault="00564067">
      <w:pPr>
        <w:spacing w:before="80" w:after="40"/>
        <w:rPr>
          <w:rFonts w:ascii="Calibri" w:hAnsi="Calibri" w:cs="Calibri"/>
          <w:b/>
          <w:sz w:val="24"/>
          <w:szCs w:val="24"/>
        </w:rPr>
      </w:pPr>
    </w:p>
    <w:p w14:paraId="181256B3" w14:textId="12D2F381" w:rsidR="00DD6A72" w:rsidRPr="00BD7467" w:rsidRDefault="00DB4BD3">
      <w:pPr>
        <w:spacing w:before="80" w:after="40"/>
        <w:rPr>
          <w:rFonts w:ascii="Calibri" w:hAnsi="Calibri" w:cs="Calibri"/>
          <w:sz w:val="24"/>
          <w:szCs w:val="24"/>
        </w:rPr>
      </w:pPr>
      <w:r w:rsidRPr="00BD7467">
        <w:rPr>
          <w:rFonts w:ascii="Calibri" w:hAnsi="Calibri" w:cs="Calibri"/>
          <w:b/>
          <w:sz w:val="24"/>
          <w:szCs w:val="24"/>
        </w:rPr>
        <w:t>Which days are best for us to contact you?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5112"/>
      </w:tblGrid>
      <w:tr w:rsidR="00DD6A72" w:rsidRPr="00BD7467" w14:paraId="1D984778" w14:textId="77777777" w:rsidTr="00451D95">
        <w:tc>
          <w:tcPr>
            <w:tcW w:w="5112" w:type="dxa"/>
          </w:tcPr>
          <w:p w14:paraId="1294D61D" w14:textId="6AF52688" w:rsidR="00DD6A72" w:rsidRPr="004B041F" w:rsidRDefault="00AE4254">
            <w:pPr>
              <w:rPr>
                <w:rFonts w:ascii="Calibri" w:hAnsi="Calibri" w:cs="Calibri"/>
                <w:sz w:val="24"/>
                <w:szCs w:val="24"/>
              </w:rPr>
            </w:pPr>
            <w:sdt>
              <w:sdtPr>
                <w:rPr>
                  <w:rFonts w:ascii="Calibri" w:hAnsi="Calibri" w:cs="Calibri"/>
                  <w:sz w:val="24"/>
                  <w:szCs w:val="24"/>
                </w:rPr>
                <w:id w:val="-1225988575"/>
                <w14:checkbox>
                  <w14:checked w14:val="0"/>
                  <w14:checkedState w14:val="2612" w14:font="MS Gothic"/>
                  <w14:uncheckedState w14:val="2610" w14:font="MS Gothic"/>
                </w14:checkbox>
              </w:sdtPr>
              <w:sdtEndPr/>
              <w:sdtContent>
                <w:r w:rsidR="0010230D">
                  <w:rPr>
                    <w:rFonts w:ascii="MS Gothic" w:eastAsia="MS Gothic" w:hAnsi="MS Gothic" w:cs="Calibri" w:hint="eastAsia"/>
                    <w:sz w:val="24"/>
                    <w:szCs w:val="24"/>
                  </w:rPr>
                  <w:t>☐</w:t>
                </w:r>
              </w:sdtContent>
            </w:sdt>
            <w:r w:rsidR="00DB4BD3" w:rsidRPr="004B041F">
              <w:rPr>
                <w:rFonts w:ascii="Calibri" w:hAnsi="Calibri" w:cs="Calibri"/>
                <w:sz w:val="24"/>
                <w:szCs w:val="24"/>
              </w:rPr>
              <w:t xml:space="preserve"> Any </w:t>
            </w:r>
            <w:r w:rsidR="00451D95" w:rsidRPr="004B041F">
              <w:rPr>
                <w:rFonts w:ascii="Calibri" w:hAnsi="Calibri" w:cs="Calibri"/>
                <w:sz w:val="24"/>
                <w:szCs w:val="24"/>
              </w:rPr>
              <w:t>Weekday</w:t>
            </w:r>
          </w:p>
        </w:tc>
        <w:tc>
          <w:tcPr>
            <w:tcW w:w="5112" w:type="dxa"/>
          </w:tcPr>
          <w:p w14:paraId="72E6DC24" w14:textId="0A3CE70B" w:rsidR="00DD6A72" w:rsidRPr="004B041F" w:rsidRDefault="00AE4254">
            <w:pPr>
              <w:rPr>
                <w:rFonts w:ascii="Calibri" w:hAnsi="Calibri" w:cs="Calibri"/>
                <w:sz w:val="24"/>
                <w:szCs w:val="24"/>
              </w:rPr>
            </w:pPr>
            <w:sdt>
              <w:sdtPr>
                <w:rPr>
                  <w:rFonts w:ascii="Calibri" w:hAnsi="Calibri" w:cs="Calibri"/>
                  <w:sz w:val="24"/>
                  <w:szCs w:val="24"/>
                </w:rPr>
                <w:id w:val="187724617"/>
                <w14:checkbox>
                  <w14:checked w14:val="0"/>
                  <w14:checkedState w14:val="2612" w14:font="MS Gothic"/>
                  <w14:uncheckedState w14:val="2610" w14:font="MS Gothic"/>
                </w14:checkbox>
              </w:sdtPr>
              <w:sdtEndPr/>
              <w:sdtContent>
                <w:r w:rsidR="004B041F" w:rsidRPr="004B041F">
                  <w:rPr>
                    <w:rFonts w:ascii="MS Gothic" w:eastAsia="MS Gothic" w:hAnsi="MS Gothic" w:cs="Calibri" w:hint="eastAsia"/>
                    <w:sz w:val="24"/>
                    <w:szCs w:val="24"/>
                  </w:rPr>
                  <w:t>☐</w:t>
                </w:r>
              </w:sdtContent>
            </w:sdt>
            <w:r w:rsidR="00DB4BD3" w:rsidRPr="004B041F">
              <w:rPr>
                <w:rFonts w:ascii="Calibri" w:hAnsi="Calibri" w:cs="Calibri"/>
                <w:sz w:val="24"/>
                <w:szCs w:val="24"/>
              </w:rPr>
              <w:t xml:space="preserve"> Mondays</w:t>
            </w:r>
          </w:p>
        </w:tc>
      </w:tr>
      <w:tr w:rsidR="00DD6A72" w:rsidRPr="00BD7467" w14:paraId="17F20799" w14:textId="77777777" w:rsidTr="00451D95">
        <w:tc>
          <w:tcPr>
            <w:tcW w:w="5112" w:type="dxa"/>
          </w:tcPr>
          <w:p w14:paraId="75FA79C4" w14:textId="03544B7C" w:rsidR="00DD6A72" w:rsidRPr="004B041F" w:rsidRDefault="00AE4254">
            <w:pPr>
              <w:rPr>
                <w:rFonts w:ascii="Calibri" w:hAnsi="Calibri" w:cs="Calibri"/>
                <w:sz w:val="24"/>
                <w:szCs w:val="24"/>
              </w:rPr>
            </w:pPr>
            <w:sdt>
              <w:sdtPr>
                <w:rPr>
                  <w:rFonts w:ascii="Calibri" w:hAnsi="Calibri" w:cs="Calibri"/>
                  <w:sz w:val="24"/>
                  <w:szCs w:val="24"/>
                </w:rPr>
                <w:id w:val="-1064335038"/>
                <w14:checkbox>
                  <w14:checked w14:val="0"/>
                  <w14:checkedState w14:val="2612" w14:font="MS Gothic"/>
                  <w14:uncheckedState w14:val="2610" w14:font="MS Gothic"/>
                </w14:checkbox>
              </w:sdtPr>
              <w:sdtEndPr/>
              <w:sdtContent>
                <w:r w:rsidR="004B041F" w:rsidRPr="004B041F">
                  <w:rPr>
                    <w:rFonts w:ascii="MS Gothic" w:eastAsia="MS Gothic" w:hAnsi="MS Gothic" w:cs="Calibri" w:hint="eastAsia"/>
                    <w:sz w:val="24"/>
                    <w:szCs w:val="24"/>
                  </w:rPr>
                  <w:t>☐</w:t>
                </w:r>
              </w:sdtContent>
            </w:sdt>
            <w:r w:rsidR="00DB4BD3" w:rsidRPr="004B041F">
              <w:rPr>
                <w:rFonts w:ascii="Calibri" w:hAnsi="Calibri" w:cs="Calibri"/>
                <w:sz w:val="24"/>
                <w:szCs w:val="24"/>
              </w:rPr>
              <w:t xml:space="preserve"> Tuesdays</w:t>
            </w:r>
          </w:p>
        </w:tc>
        <w:tc>
          <w:tcPr>
            <w:tcW w:w="5112" w:type="dxa"/>
          </w:tcPr>
          <w:p w14:paraId="251E56BB" w14:textId="2B11A2EC" w:rsidR="00DD6A72" w:rsidRPr="004B041F" w:rsidRDefault="00AE4254">
            <w:pPr>
              <w:rPr>
                <w:rFonts w:ascii="Calibri" w:hAnsi="Calibri" w:cs="Calibri"/>
                <w:sz w:val="24"/>
                <w:szCs w:val="24"/>
              </w:rPr>
            </w:pPr>
            <w:sdt>
              <w:sdtPr>
                <w:rPr>
                  <w:rFonts w:ascii="Calibri" w:hAnsi="Calibri" w:cs="Calibri"/>
                  <w:sz w:val="24"/>
                  <w:szCs w:val="24"/>
                </w:rPr>
                <w:id w:val="-789516176"/>
                <w14:checkbox>
                  <w14:checked w14:val="0"/>
                  <w14:checkedState w14:val="2612" w14:font="MS Gothic"/>
                  <w14:uncheckedState w14:val="2610" w14:font="MS Gothic"/>
                </w14:checkbox>
              </w:sdtPr>
              <w:sdtEndPr/>
              <w:sdtContent>
                <w:r w:rsidR="004B041F" w:rsidRPr="004B041F">
                  <w:rPr>
                    <w:rFonts w:ascii="MS Gothic" w:eastAsia="MS Gothic" w:hAnsi="MS Gothic" w:cs="Calibri" w:hint="eastAsia"/>
                    <w:sz w:val="24"/>
                    <w:szCs w:val="24"/>
                  </w:rPr>
                  <w:t>☐</w:t>
                </w:r>
              </w:sdtContent>
            </w:sdt>
            <w:r w:rsidR="00DB4BD3" w:rsidRPr="004B041F">
              <w:rPr>
                <w:rFonts w:ascii="Calibri" w:hAnsi="Calibri" w:cs="Calibri"/>
                <w:sz w:val="24"/>
                <w:szCs w:val="24"/>
              </w:rPr>
              <w:t xml:space="preserve"> Wednesdays</w:t>
            </w:r>
          </w:p>
        </w:tc>
      </w:tr>
      <w:tr w:rsidR="00DD6A72" w:rsidRPr="00BD7467" w14:paraId="771FC472" w14:textId="77777777" w:rsidTr="00451D95">
        <w:tc>
          <w:tcPr>
            <w:tcW w:w="5112" w:type="dxa"/>
          </w:tcPr>
          <w:p w14:paraId="3B1A2CE2" w14:textId="25259745" w:rsidR="00DD6A72" w:rsidRPr="004B041F" w:rsidRDefault="00AE4254">
            <w:pPr>
              <w:rPr>
                <w:rFonts w:ascii="Calibri" w:hAnsi="Calibri" w:cs="Calibri"/>
                <w:sz w:val="24"/>
                <w:szCs w:val="24"/>
              </w:rPr>
            </w:pPr>
            <w:sdt>
              <w:sdtPr>
                <w:rPr>
                  <w:rFonts w:ascii="Calibri" w:hAnsi="Calibri" w:cs="Calibri"/>
                  <w:sz w:val="24"/>
                  <w:szCs w:val="24"/>
                </w:rPr>
                <w:id w:val="-552462715"/>
                <w14:checkbox>
                  <w14:checked w14:val="0"/>
                  <w14:checkedState w14:val="2612" w14:font="MS Gothic"/>
                  <w14:uncheckedState w14:val="2610" w14:font="MS Gothic"/>
                </w14:checkbox>
              </w:sdtPr>
              <w:sdtEndPr/>
              <w:sdtContent>
                <w:r w:rsidR="004B041F" w:rsidRPr="004B041F">
                  <w:rPr>
                    <w:rFonts w:ascii="MS Gothic" w:eastAsia="MS Gothic" w:hAnsi="MS Gothic" w:cs="Calibri" w:hint="eastAsia"/>
                    <w:sz w:val="24"/>
                    <w:szCs w:val="24"/>
                  </w:rPr>
                  <w:t>☐</w:t>
                </w:r>
              </w:sdtContent>
            </w:sdt>
            <w:r w:rsidR="00DB4BD3" w:rsidRPr="004B041F">
              <w:rPr>
                <w:rFonts w:ascii="Calibri" w:hAnsi="Calibri" w:cs="Calibri"/>
                <w:sz w:val="24"/>
                <w:szCs w:val="24"/>
              </w:rPr>
              <w:t xml:space="preserve"> Thursdays</w:t>
            </w:r>
          </w:p>
        </w:tc>
        <w:tc>
          <w:tcPr>
            <w:tcW w:w="5112" w:type="dxa"/>
          </w:tcPr>
          <w:p w14:paraId="7638ABB2" w14:textId="15883E35" w:rsidR="00DD6A72" w:rsidRPr="004B041F" w:rsidRDefault="00AE4254">
            <w:pPr>
              <w:rPr>
                <w:rFonts w:ascii="Calibri" w:hAnsi="Calibri" w:cs="Calibri"/>
                <w:sz w:val="24"/>
                <w:szCs w:val="24"/>
              </w:rPr>
            </w:pPr>
            <w:sdt>
              <w:sdtPr>
                <w:rPr>
                  <w:rFonts w:ascii="Calibri" w:hAnsi="Calibri" w:cs="Calibri"/>
                  <w:sz w:val="24"/>
                  <w:szCs w:val="24"/>
                </w:rPr>
                <w:id w:val="-951087508"/>
                <w14:checkbox>
                  <w14:checked w14:val="0"/>
                  <w14:checkedState w14:val="2612" w14:font="MS Gothic"/>
                  <w14:uncheckedState w14:val="2610" w14:font="MS Gothic"/>
                </w14:checkbox>
              </w:sdtPr>
              <w:sdtEndPr/>
              <w:sdtContent>
                <w:r w:rsidR="004B041F" w:rsidRPr="004B041F">
                  <w:rPr>
                    <w:rFonts w:ascii="MS Gothic" w:eastAsia="MS Gothic" w:hAnsi="MS Gothic" w:cs="Calibri" w:hint="eastAsia"/>
                    <w:sz w:val="24"/>
                    <w:szCs w:val="24"/>
                  </w:rPr>
                  <w:t>☐</w:t>
                </w:r>
              </w:sdtContent>
            </w:sdt>
            <w:r w:rsidR="00DB4BD3" w:rsidRPr="004B041F">
              <w:rPr>
                <w:rFonts w:ascii="Calibri" w:hAnsi="Calibri" w:cs="Calibri"/>
                <w:sz w:val="24"/>
                <w:szCs w:val="24"/>
              </w:rPr>
              <w:t xml:space="preserve"> Fridays</w:t>
            </w:r>
          </w:p>
        </w:tc>
      </w:tr>
    </w:tbl>
    <w:p w14:paraId="22B59114" w14:textId="77777777" w:rsidR="00DD6A72" w:rsidRPr="00BD7467" w:rsidRDefault="00DB4BD3">
      <w:pPr>
        <w:spacing w:before="80" w:after="40"/>
        <w:rPr>
          <w:rFonts w:ascii="Calibri" w:hAnsi="Calibri" w:cs="Calibri"/>
          <w:sz w:val="24"/>
          <w:szCs w:val="24"/>
        </w:rPr>
      </w:pPr>
      <w:r w:rsidRPr="00BD7467">
        <w:rPr>
          <w:rFonts w:ascii="Calibri" w:hAnsi="Calibri" w:cs="Calibri"/>
          <w:b/>
          <w:sz w:val="24"/>
          <w:szCs w:val="24"/>
        </w:rPr>
        <w:t>Which times are best for us to contact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5112"/>
      </w:tblGrid>
      <w:tr w:rsidR="00DD6A72" w:rsidRPr="00BD7467" w14:paraId="722729FE" w14:textId="77777777" w:rsidTr="00451D95">
        <w:tc>
          <w:tcPr>
            <w:tcW w:w="5112" w:type="dxa"/>
          </w:tcPr>
          <w:p w14:paraId="2A8B82BC" w14:textId="2BD066C5" w:rsidR="00DD6A72" w:rsidRPr="004B041F" w:rsidRDefault="00AE4254">
            <w:pPr>
              <w:rPr>
                <w:rFonts w:ascii="Calibri" w:hAnsi="Calibri" w:cs="Calibri"/>
                <w:sz w:val="24"/>
                <w:szCs w:val="24"/>
              </w:rPr>
            </w:pPr>
            <w:sdt>
              <w:sdtPr>
                <w:rPr>
                  <w:rFonts w:ascii="Calibri" w:hAnsi="Calibri" w:cs="Calibri"/>
                  <w:sz w:val="24"/>
                  <w:szCs w:val="24"/>
                </w:rPr>
                <w:id w:val="-1852865075"/>
                <w14:checkbox>
                  <w14:checked w14:val="0"/>
                  <w14:checkedState w14:val="2612" w14:font="MS Gothic"/>
                  <w14:uncheckedState w14:val="2610" w14:font="MS Gothic"/>
                </w14:checkbox>
              </w:sdtPr>
              <w:sdtEndPr/>
              <w:sdtContent>
                <w:r w:rsidR="004B041F" w:rsidRPr="004B041F">
                  <w:rPr>
                    <w:rFonts w:ascii="MS Gothic" w:eastAsia="MS Gothic" w:hAnsi="MS Gothic" w:cs="Calibri" w:hint="eastAsia"/>
                    <w:sz w:val="24"/>
                    <w:szCs w:val="24"/>
                  </w:rPr>
                  <w:t>☐</w:t>
                </w:r>
              </w:sdtContent>
            </w:sdt>
            <w:r w:rsidR="00DB4BD3" w:rsidRPr="004B041F">
              <w:rPr>
                <w:rFonts w:ascii="Calibri" w:hAnsi="Calibri" w:cs="Calibri"/>
                <w:sz w:val="24"/>
                <w:szCs w:val="24"/>
              </w:rPr>
              <w:t xml:space="preserve"> Any Time</w:t>
            </w:r>
          </w:p>
        </w:tc>
        <w:tc>
          <w:tcPr>
            <w:tcW w:w="5112" w:type="dxa"/>
          </w:tcPr>
          <w:p w14:paraId="4523314D" w14:textId="4C90057F" w:rsidR="00DD6A72" w:rsidRPr="004B041F" w:rsidRDefault="00AE4254">
            <w:pPr>
              <w:rPr>
                <w:rFonts w:ascii="Calibri" w:hAnsi="Calibri" w:cs="Calibri"/>
                <w:sz w:val="24"/>
                <w:szCs w:val="24"/>
              </w:rPr>
            </w:pPr>
            <w:sdt>
              <w:sdtPr>
                <w:rPr>
                  <w:rFonts w:ascii="Calibri" w:hAnsi="Calibri" w:cs="Calibri"/>
                  <w:sz w:val="24"/>
                  <w:szCs w:val="24"/>
                </w:rPr>
                <w:id w:val="488753649"/>
                <w14:checkbox>
                  <w14:checked w14:val="0"/>
                  <w14:checkedState w14:val="2612" w14:font="MS Gothic"/>
                  <w14:uncheckedState w14:val="2610" w14:font="MS Gothic"/>
                </w14:checkbox>
              </w:sdtPr>
              <w:sdtEndPr/>
              <w:sdtContent>
                <w:r w:rsidR="004B041F" w:rsidRPr="004B041F">
                  <w:rPr>
                    <w:rFonts w:ascii="MS Gothic" w:eastAsia="MS Gothic" w:hAnsi="MS Gothic" w:cs="Calibri" w:hint="eastAsia"/>
                    <w:sz w:val="24"/>
                    <w:szCs w:val="24"/>
                  </w:rPr>
                  <w:t>☐</w:t>
                </w:r>
              </w:sdtContent>
            </w:sdt>
            <w:r w:rsidR="00DB4BD3" w:rsidRPr="004B041F">
              <w:rPr>
                <w:rFonts w:ascii="Calibri" w:hAnsi="Calibri" w:cs="Calibri"/>
                <w:sz w:val="24"/>
                <w:szCs w:val="24"/>
              </w:rPr>
              <w:t xml:space="preserve"> 09:00 - 11:00</w:t>
            </w:r>
          </w:p>
        </w:tc>
      </w:tr>
      <w:tr w:rsidR="00DD6A72" w:rsidRPr="00BD7467" w14:paraId="7E660D14" w14:textId="77777777" w:rsidTr="00451D95">
        <w:tc>
          <w:tcPr>
            <w:tcW w:w="5112" w:type="dxa"/>
          </w:tcPr>
          <w:p w14:paraId="6382D900" w14:textId="0A5D71AA" w:rsidR="00DD6A72" w:rsidRPr="004B041F" w:rsidRDefault="00AE4254">
            <w:pPr>
              <w:rPr>
                <w:rFonts w:ascii="Calibri" w:hAnsi="Calibri" w:cs="Calibri"/>
                <w:sz w:val="24"/>
                <w:szCs w:val="24"/>
              </w:rPr>
            </w:pPr>
            <w:sdt>
              <w:sdtPr>
                <w:rPr>
                  <w:rFonts w:ascii="Calibri" w:hAnsi="Calibri" w:cs="Calibri"/>
                  <w:sz w:val="24"/>
                  <w:szCs w:val="24"/>
                </w:rPr>
                <w:id w:val="2078558082"/>
                <w14:checkbox>
                  <w14:checked w14:val="0"/>
                  <w14:checkedState w14:val="2612" w14:font="MS Gothic"/>
                  <w14:uncheckedState w14:val="2610" w14:font="MS Gothic"/>
                </w14:checkbox>
              </w:sdtPr>
              <w:sdtEndPr/>
              <w:sdtContent>
                <w:r w:rsidR="004B041F" w:rsidRPr="004B041F">
                  <w:rPr>
                    <w:rFonts w:ascii="MS Gothic" w:eastAsia="MS Gothic" w:hAnsi="MS Gothic" w:cs="Calibri" w:hint="eastAsia"/>
                    <w:sz w:val="24"/>
                    <w:szCs w:val="24"/>
                  </w:rPr>
                  <w:t>☐</w:t>
                </w:r>
              </w:sdtContent>
            </w:sdt>
            <w:r w:rsidR="00DB4BD3" w:rsidRPr="004B041F">
              <w:rPr>
                <w:rFonts w:ascii="Calibri" w:hAnsi="Calibri" w:cs="Calibri"/>
                <w:sz w:val="24"/>
                <w:szCs w:val="24"/>
              </w:rPr>
              <w:t xml:space="preserve"> 11:00 - 13:00</w:t>
            </w:r>
          </w:p>
        </w:tc>
        <w:tc>
          <w:tcPr>
            <w:tcW w:w="5112" w:type="dxa"/>
          </w:tcPr>
          <w:p w14:paraId="2DCBCC36" w14:textId="2698F0D6" w:rsidR="00DD6A72" w:rsidRPr="004B041F" w:rsidRDefault="00AE4254">
            <w:pPr>
              <w:rPr>
                <w:rFonts w:ascii="Calibri" w:hAnsi="Calibri" w:cs="Calibri"/>
                <w:sz w:val="24"/>
                <w:szCs w:val="24"/>
              </w:rPr>
            </w:pPr>
            <w:sdt>
              <w:sdtPr>
                <w:rPr>
                  <w:rFonts w:ascii="Calibri" w:hAnsi="Calibri" w:cs="Calibri"/>
                  <w:sz w:val="24"/>
                  <w:szCs w:val="24"/>
                </w:rPr>
                <w:id w:val="194511195"/>
                <w14:checkbox>
                  <w14:checked w14:val="0"/>
                  <w14:checkedState w14:val="2612" w14:font="MS Gothic"/>
                  <w14:uncheckedState w14:val="2610" w14:font="MS Gothic"/>
                </w14:checkbox>
              </w:sdtPr>
              <w:sdtEndPr/>
              <w:sdtContent>
                <w:r w:rsidR="004B041F" w:rsidRPr="004B041F">
                  <w:rPr>
                    <w:rFonts w:ascii="MS Gothic" w:eastAsia="MS Gothic" w:hAnsi="MS Gothic" w:cs="Calibri" w:hint="eastAsia"/>
                    <w:sz w:val="24"/>
                    <w:szCs w:val="24"/>
                  </w:rPr>
                  <w:t>☐</w:t>
                </w:r>
              </w:sdtContent>
            </w:sdt>
            <w:r w:rsidR="00DB4BD3" w:rsidRPr="004B041F">
              <w:rPr>
                <w:rFonts w:ascii="Calibri" w:hAnsi="Calibri" w:cs="Calibri"/>
                <w:sz w:val="24"/>
                <w:szCs w:val="24"/>
              </w:rPr>
              <w:t xml:space="preserve"> 13:00 - 15:00</w:t>
            </w:r>
          </w:p>
        </w:tc>
      </w:tr>
      <w:tr w:rsidR="00DD6A72" w:rsidRPr="00BD7467" w14:paraId="0BA335BF" w14:textId="77777777" w:rsidTr="00451D95">
        <w:tc>
          <w:tcPr>
            <w:tcW w:w="5112" w:type="dxa"/>
          </w:tcPr>
          <w:p w14:paraId="2C10B3D3" w14:textId="4CCD02B9" w:rsidR="00DD6A72" w:rsidRPr="004B041F" w:rsidRDefault="00AE4254">
            <w:pPr>
              <w:rPr>
                <w:rFonts w:ascii="Calibri" w:hAnsi="Calibri" w:cs="Calibri"/>
                <w:sz w:val="24"/>
                <w:szCs w:val="24"/>
              </w:rPr>
            </w:pPr>
            <w:sdt>
              <w:sdtPr>
                <w:rPr>
                  <w:rFonts w:ascii="Calibri" w:hAnsi="Calibri" w:cs="Calibri"/>
                  <w:sz w:val="24"/>
                  <w:szCs w:val="24"/>
                </w:rPr>
                <w:id w:val="-764155111"/>
                <w14:checkbox>
                  <w14:checked w14:val="0"/>
                  <w14:checkedState w14:val="2612" w14:font="MS Gothic"/>
                  <w14:uncheckedState w14:val="2610" w14:font="MS Gothic"/>
                </w14:checkbox>
              </w:sdtPr>
              <w:sdtEndPr/>
              <w:sdtContent>
                <w:r w:rsidR="004B041F" w:rsidRPr="004B041F">
                  <w:rPr>
                    <w:rFonts w:ascii="MS Gothic" w:eastAsia="MS Gothic" w:hAnsi="MS Gothic" w:cs="Calibri" w:hint="eastAsia"/>
                    <w:sz w:val="24"/>
                    <w:szCs w:val="24"/>
                  </w:rPr>
                  <w:t>☐</w:t>
                </w:r>
              </w:sdtContent>
            </w:sdt>
            <w:r w:rsidR="00DB4BD3" w:rsidRPr="004B041F">
              <w:rPr>
                <w:rFonts w:ascii="Calibri" w:hAnsi="Calibri" w:cs="Calibri"/>
                <w:sz w:val="24"/>
                <w:szCs w:val="24"/>
              </w:rPr>
              <w:t xml:space="preserve"> 15:00 - 17:00</w:t>
            </w:r>
          </w:p>
        </w:tc>
        <w:tc>
          <w:tcPr>
            <w:tcW w:w="5112" w:type="dxa"/>
          </w:tcPr>
          <w:p w14:paraId="17CF6D5D" w14:textId="77777777" w:rsidR="00DD6A72" w:rsidRPr="004B041F" w:rsidRDefault="00DD6A72">
            <w:pPr>
              <w:rPr>
                <w:rFonts w:ascii="Calibri" w:hAnsi="Calibri" w:cs="Calibri"/>
                <w:sz w:val="24"/>
                <w:szCs w:val="24"/>
              </w:rPr>
            </w:pPr>
          </w:p>
        </w:tc>
      </w:tr>
    </w:tbl>
    <w:p w14:paraId="478B57FE" w14:textId="77777777" w:rsidR="00DD6A72" w:rsidRPr="00BD7467" w:rsidRDefault="00DB4BD3">
      <w:pPr>
        <w:spacing w:before="80" w:after="40"/>
        <w:rPr>
          <w:rFonts w:ascii="Calibri" w:hAnsi="Calibri" w:cs="Calibri"/>
          <w:sz w:val="24"/>
          <w:szCs w:val="24"/>
        </w:rPr>
      </w:pPr>
      <w:r w:rsidRPr="00BD7467">
        <w:rPr>
          <w:rFonts w:ascii="Calibri" w:hAnsi="Calibri" w:cs="Calibri"/>
          <w:b/>
          <w:sz w:val="24"/>
          <w:szCs w:val="24"/>
        </w:rPr>
        <w:t>How would you prefer us to contact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5112"/>
      </w:tblGrid>
      <w:tr w:rsidR="00DD6A72" w:rsidRPr="00BD7467" w14:paraId="6185362B" w14:textId="77777777" w:rsidTr="00451D95">
        <w:tc>
          <w:tcPr>
            <w:tcW w:w="5112" w:type="dxa"/>
          </w:tcPr>
          <w:p w14:paraId="47BB7F45" w14:textId="16487499" w:rsidR="00DD6A72" w:rsidRPr="00BD7467" w:rsidRDefault="00AE4254">
            <w:pPr>
              <w:rPr>
                <w:rFonts w:ascii="Calibri" w:hAnsi="Calibri" w:cs="Calibri"/>
                <w:sz w:val="24"/>
                <w:szCs w:val="24"/>
              </w:rPr>
            </w:pPr>
            <w:sdt>
              <w:sdtPr>
                <w:rPr>
                  <w:rFonts w:ascii="Calibri" w:hAnsi="Calibri" w:cs="Calibri"/>
                  <w:sz w:val="24"/>
                  <w:szCs w:val="24"/>
                </w:rPr>
                <w:id w:val="1484742916"/>
                <w14:checkbox>
                  <w14:checked w14:val="0"/>
                  <w14:checkedState w14:val="2612" w14:font="MS Gothic"/>
                  <w14:uncheckedState w14:val="2610" w14:font="MS Gothic"/>
                </w14:checkbox>
              </w:sdtPr>
              <w:sdtEndPr/>
              <w:sdtContent>
                <w:r w:rsidR="004B041F">
                  <w:rPr>
                    <w:rFonts w:ascii="MS Gothic" w:eastAsia="MS Gothic" w:hAnsi="MS Gothic" w:cs="Calibri" w:hint="eastAsia"/>
                    <w:sz w:val="24"/>
                    <w:szCs w:val="24"/>
                  </w:rPr>
                  <w:t>☐</w:t>
                </w:r>
              </w:sdtContent>
            </w:sdt>
            <w:r w:rsidR="00DB4BD3" w:rsidRPr="00BD7467">
              <w:rPr>
                <w:rFonts w:ascii="Calibri" w:hAnsi="Calibri" w:cs="Calibri"/>
                <w:sz w:val="24"/>
                <w:szCs w:val="24"/>
              </w:rPr>
              <w:t xml:space="preserve"> Phone call</w:t>
            </w:r>
          </w:p>
        </w:tc>
        <w:tc>
          <w:tcPr>
            <w:tcW w:w="5112" w:type="dxa"/>
          </w:tcPr>
          <w:p w14:paraId="7F0E454A" w14:textId="0CAF2AF2" w:rsidR="00DD6A72" w:rsidRPr="00BD7467" w:rsidRDefault="00AE4254">
            <w:pPr>
              <w:rPr>
                <w:rFonts w:ascii="Calibri" w:hAnsi="Calibri" w:cs="Calibri"/>
                <w:sz w:val="24"/>
                <w:szCs w:val="24"/>
              </w:rPr>
            </w:pPr>
            <w:sdt>
              <w:sdtPr>
                <w:rPr>
                  <w:rFonts w:ascii="Calibri" w:hAnsi="Calibri" w:cs="Calibri"/>
                  <w:sz w:val="24"/>
                  <w:szCs w:val="24"/>
                </w:rPr>
                <w:id w:val="-1854954889"/>
                <w14:checkbox>
                  <w14:checked w14:val="0"/>
                  <w14:checkedState w14:val="2612" w14:font="MS Gothic"/>
                  <w14:uncheckedState w14:val="2610" w14:font="MS Gothic"/>
                </w14:checkbox>
              </w:sdtPr>
              <w:sdtEndPr/>
              <w:sdtContent>
                <w:r w:rsidR="004B041F">
                  <w:rPr>
                    <w:rFonts w:ascii="MS Gothic" w:eastAsia="MS Gothic" w:hAnsi="MS Gothic" w:cs="Calibri" w:hint="eastAsia"/>
                    <w:sz w:val="24"/>
                    <w:szCs w:val="24"/>
                  </w:rPr>
                  <w:t>☐</w:t>
                </w:r>
              </w:sdtContent>
            </w:sdt>
            <w:r w:rsidR="00DB4BD3" w:rsidRPr="00BD7467">
              <w:rPr>
                <w:rFonts w:ascii="Calibri" w:hAnsi="Calibri" w:cs="Calibri"/>
                <w:sz w:val="24"/>
                <w:szCs w:val="24"/>
              </w:rPr>
              <w:t xml:space="preserve"> Mobile phone</w:t>
            </w:r>
          </w:p>
        </w:tc>
      </w:tr>
      <w:tr w:rsidR="00DD6A72" w:rsidRPr="00BD7467" w14:paraId="318B840B" w14:textId="77777777" w:rsidTr="00451D95">
        <w:tc>
          <w:tcPr>
            <w:tcW w:w="5112" w:type="dxa"/>
          </w:tcPr>
          <w:p w14:paraId="4E7C0D6D" w14:textId="7299D832" w:rsidR="00DD6A72" w:rsidRPr="00BD7467" w:rsidRDefault="00AE4254">
            <w:pPr>
              <w:rPr>
                <w:rFonts w:ascii="Calibri" w:hAnsi="Calibri" w:cs="Calibri"/>
                <w:sz w:val="24"/>
                <w:szCs w:val="24"/>
              </w:rPr>
            </w:pPr>
            <w:sdt>
              <w:sdtPr>
                <w:rPr>
                  <w:rFonts w:ascii="Calibri" w:hAnsi="Calibri" w:cs="Calibri"/>
                  <w:sz w:val="24"/>
                  <w:szCs w:val="24"/>
                </w:rPr>
                <w:id w:val="196200781"/>
                <w14:checkbox>
                  <w14:checked w14:val="0"/>
                  <w14:checkedState w14:val="2612" w14:font="MS Gothic"/>
                  <w14:uncheckedState w14:val="2610" w14:font="MS Gothic"/>
                </w14:checkbox>
              </w:sdtPr>
              <w:sdtEndPr/>
              <w:sdtContent>
                <w:r w:rsidR="004B041F">
                  <w:rPr>
                    <w:rFonts w:ascii="MS Gothic" w:eastAsia="MS Gothic" w:hAnsi="MS Gothic" w:cs="Calibri" w:hint="eastAsia"/>
                    <w:sz w:val="24"/>
                    <w:szCs w:val="24"/>
                  </w:rPr>
                  <w:t>☐</w:t>
                </w:r>
              </w:sdtContent>
            </w:sdt>
            <w:r w:rsidR="00DB4BD3" w:rsidRPr="00BD7467">
              <w:rPr>
                <w:rFonts w:ascii="Calibri" w:hAnsi="Calibri" w:cs="Calibri"/>
                <w:sz w:val="24"/>
                <w:szCs w:val="24"/>
              </w:rPr>
              <w:t xml:space="preserve"> Text message (SMS)</w:t>
            </w:r>
          </w:p>
        </w:tc>
        <w:tc>
          <w:tcPr>
            <w:tcW w:w="5112" w:type="dxa"/>
          </w:tcPr>
          <w:p w14:paraId="081BE777" w14:textId="24951324" w:rsidR="00DD6A72" w:rsidRPr="00BD7467" w:rsidRDefault="00AE4254">
            <w:pPr>
              <w:rPr>
                <w:rFonts w:ascii="Calibri" w:hAnsi="Calibri" w:cs="Calibri"/>
                <w:sz w:val="24"/>
                <w:szCs w:val="24"/>
              </w:rPr>
            </w:pPr>
            <w:sdt>
              <w:sdtPr>
                <w:rPr>
                  <w:rFonts w:ascii="Calibri" w:hAnsi="Calibri" w:cs="Calibri"/>
                  <w:sz w:val="24"/>
                  <w:szCs w:val="24"/>
                </w:rPr>
                <w:id w:val="-815951875"/>
                <w14:checkbox>
                  <w14:checked w14:val="0"/>
                  <w14:checkedState w14:val="2612" w14:font="MS Gothic"/>
                  <w14:uncheckedState w14:val="2610" w14:font="MS Gothic"/>
                </w14:checkbox>
              </w:sdtPr>
              <w:sdtEndPr/>
              <w:sdtContent>
                <w:r w:rsidR="004B041F">
                  <w:rPr>
                    <w:rFonts w:ascii="MS Gothic" w:eastAsia="MS Gothic" w:hAnsi="MS Gothic" w:cs="Calibri" w:hint="eastAsia"/>
                    <w:sz w:val="24"/>
                    <w:szCs w:val="24"/>
                  </w:rPr>
                  <w:t>☐</w:t>
                </w:r>
              </w:sdtContent>
            </w:sdt>
            <w:r w:rsidR="00DB4BD3" w:rsidRPr="00BD7467">
              <w:rPr>
                <w:rFonts w:ascii="Calibri" w:hAnsi="Calibri" w:cs="Calibri"/>
                <w:sz w:val="24"/>
                <w:szCs w:val="24"/>
              </w:rPr>
              <w:t xml:space="preserve"> Email</w:t>
            </w:r>
          </w:p>
        </w:tc>
      </w:tr>
      <w:tr w:rsidR="00DD6A72" w:rsidRPr="00BD7467" w14:paraId="69773256" w14:textId="77777777" w:rsidTr="00451D95">
        <w:tc>
          <w:tcPr>
            <w:tcW w:w="5112" w:type="dxa"/>
          </w:tcPr>
          <w:p w14:paraId="50555C3B" w14:textId="49D2C401" w:rsidR="00DD6A72" w:rsidRPr="00BD7467" w:rsidRDefault="00AE4254">
            <w:pPr>
              <w:rPr>
                <w:rFonts w:ascii="Calibri" w:hAnsi="Calibri" w:cs="Calibri"/>
                <w:sz w:val="24"/>
                <w:szCs w:val="24"/>
              </w:rPr>
            </w:pPr>
            <w:sdt>
              <w:sdtPr>
                <w:rPr>
                  <w:rFonts w:ascii="Calibri" w:hAnsi="Calibri" w:cs="Calibri"/>
                  <w:sz w:val="24"/>
                  <w:szCs w:val="24"/>
                </w:rPr>
                <w:id w:val="678080926"/>
                <w14:checkbox>
                  <w14:checked w14:val="0"/>
                  <w14:checkedState w14:val="2612" w14:font="MS Gothic"/>
                  <w14:uncheckedState w14:val="2610" w14:font="MS Gothic"/>
                </w14:checkbox>
              </w:sdtPr>
              <w:sdtEndPr/>
              <w:sdtContent>
                <w:r w:rsidR="00756EE2">
                  <w:rPr>
                    <w:rFonts w:ascii="MS Gothic" w:eastAsia="MS Gothic" w:hAnsi="MS Gothic" w:cs="Calibri" w:hint="eastAsia"/>
                    <w:sz w:val="24"/>
                    <w:szCs w:val="24"/>
                  </w:rPr>
                  <w:t>☐</w:t>
                </w:r>
              </w:sdtContent>
            </w:sdt>
            <w:r w:rsidR="00DB4BD3" w:rsidRPr="00BD7467">
              <w:rPr>
                <w:rFonts w:ascii="Calibri" w:hAnsi="Calibri" w:cs="Calibri"/>
                <w:sz w:val="24"/>
                <w:szCs w:val="24"/>
              </w:rPr>
              <w:t xml:space="preserve"> Letter</w:t>
            </w:r>
          </w:p>
        </w:tc>
        <w:tc>
          <w:tcPr>
            <w:tcW w:w="5112" w:type="dxa"/>
          </w:tcPr>
          <w:p w14:paraId="75C03326" w14:textId="34A50920" w:rsidR="00DD6A72" w:rsidRPr="00BD7467" w:rsidRDefault="00AE4254">
            <w:pPr>
              <w:rPr>
                <w:rFonts w:ascii="Calibri" w:hAnsi="Calibri" w:cs="Calibri"/>
                <w:sz w:val="24"/>
                <w:szCs w:val="24"/>
              </w:rPr>
            </w:pPr>
            <w:sdt>
              <w:sdtPr>
                <w:rPr>
                  <w:rFonts w:ascii="Calibri" w:hAnsi="Calibri" w:cs="Calibri"/>
                  <w:sz w:val="24"/>
                  <w:szCs w:val="24"/>
                </w:rPr>
                <w:id w:val="864019517"/>
                <w14:checkbox>
                  <w14:checked w14:val="0"/>
                  <w14:checkedState w14:val="2612" w14:font="MS Gothic"/>
                  <w14:uncheckedState w14:val="2610" w14:font="MS Gothic"/>
                </w14:checkbox>
              </w:sdtPr>
              <w:sdtEndPr/>
              <w:sdtContent>
                <w:r w:rsidR="004B041F">
                  <w:rPr>
                    <w:rFonts w:ascii="MS Gothic" w:eastAsia="MS Gothic" w:hAnsi="MS Gothic" w:cs="Calibri" w:hint="eastAsia"/>
                    <w:sz w:val="24"/>
                    <w:szCs w:val="24"/>
                  </w:rPr>
                  <w:t>☐</w:t>
                </w:r>
              </w:sdtContent>
            </w:sdt>
            <w:r w:rsidR="00DB4BD3" w:rsidRPr="00BD7467">
              <w:rPr>
                <w:rFonts w:ascii="Calibri" w:hAnsi="Calibri" w:cs="Calibri"/>
                <w:sz w:val="24"/>
                <w:szCs w:val="24"/>
              </w:rPr>
              <w:t xml:space="preserve"> Voicemail may be left</w:t>
            </w:r>
          </w:p>
        </w:tc>
      </w:tr>
      <w:tr w:rsidR="00DD6A72" w:rsidRPr="00BD7467" w14:paraId="55B5DA60" w14:textId="77777777" w:rsidTr="00451D95">
        <w:tc>
          <w:tcPr>
            <w:tcW w:w="5112" w:type="dxa"/>
          </w:tcPr>
          <w:p w14:paraId="1CD2FF10" w14:textId="4B99D5D0" w:rsidR="00DD6A72" w:rsidRPr="00BD7467" w:rsidRDefault="00AE4254">
            <w:pPr>
              <w:rPr>
                <w:rFonts w:ascii="Calibri" w:hAnsi="Calibri" w:cs="Calibri"/>
                <w:sz w:val="24"/>
                <w:szCs w:val="24"/>
              </w:rPr>
            </w:pPr>
            <w:sdt>
              <w:sdtPr>
                <w:rPr>
                  <w:rFonts w:ascii="Calibri" w:hAnsi="Calibri" w:cs="Calibri"/>
                  <w:sz w:val="24"/>
                  <w:szCs w:val="24"/>
                </w:rPr>
                <w:id w:val="-1986230974"/>
                <w14:checkbox>
                  <w14:checked w14:val="0"/>
                  <w14:checkedState w14:val="2612" w14:font="MS Gothic"/>
                  <w14:uncheckedState w14:val="2610" w14:font="MS Gothic"/>
                </w14:checkbox>
              </w:sdtPr>
              <w:sdtEndPr/>
              <w:sdtContent>
                <w:r w:rsidR="004B041F">
                  <w:rPr>
                    <w:rFonts w:ascii="MS Gothic" w:eastAsia="MS Gothic" w:hAnsi="MS Gothic" w:cs="Calibri" w:hint="eastAsia"/>
                    <w:sz w:val="24"/>
                    <w:szCs w:val="24"/>
                  </w:rPr>
                  <w:t>☐</w:t>
                </w:r>
              </w:sdtContent>
            </w:sdt>
            <w:r w:rsidR="00DB4BD3" w:rsidRPr="00BD7467">
              <w:rPr>
                <w:rFonts w:ascii="Calibri" w:hAnsi="Calibri" w:cs="Calibri"/>
                <w:sz w:val="24"/>
                <w:szCs w:val="24"/>
              </w:rPr>
              <w:t xml:space="preserve"> Other</w:t>
            </w:r>
          </w:p>
        </w:tc>
        <w:tc>
          <w:tcPr>
            <w:tcW w:w="5112" w:type="dxa"/>
          </w:tcPr>
          <w:p w14:paraId="658FB8EA" w14:textId="77777777" w:rsidR="00DD6A72" w:rsidRPr="00BD7467" w:rsidRDefault="00DD6A72">
            <w:pPr>
              <w:rPr>
                <w:rFonts w:ascii="Calibri" w:hAnsi="Calibri" w:cs="Calibri"/>
                <w:sz w:val="24"/>
                <w:szCs w:val="24"/>
              </w:rPr>
            </w:pPr>
          </w:p>
        </w:tc>
      </w:tr>
    </w:tbl>
    <w:p w14:paraId="2742E669" w14:textId="77777777" w:rsidR="00451D95" w:rsidRDefault="00451D95" w:rsidP="00451D95">
      <w:pPr>
        <w:spacing w:after="0"/>
        <w:rPr>
          <w:rFonts w:ascii="Calibri" w:hAnsi="Calibri" w:cs="Calibri"/>
          <w:b/>
          <w:sz w:val="28"/>
        </w:rPr>
      </w:pPr>
    </w:p>
    <w:p w14:paraId="57140FEF" w14:textId="54930565" w:rsidR="00DD6A72" w:rsidRPr="00A8158D" w:rsidRDefault="00DB4BD3" w:rsidP="00451D95">
      <w:pPr>
        <w:spacing w:after="0"/>
        <w:rPr>
          <w:rFonts w:ascii="Calibri" w:hAnsi="Calibri" w:cs="Calibri"/>
          <w:color w:val="365F91" w:themeColor="accent1" w:themeShade="BF"/>
        </w:rPr>
      </w:pPr>
      <w:r w:rsidRPr="00A8158D">
        <w:rPr>
          <w:rFonts w:ascii="Calibri" w:hAnsi="Calibri" w:cs="Calibri"/>
          <w:b/>
          <w:color w:val="365F91" w:themeColor="accent1" w:themeShade="BF"/>
          <w:sz w:val="28"/>
        </w:rPr>
        <w:t>4. Support Details</w:t>
      </w:r>
    </w:p>
    <w:p w14:paraId="37B43A10" w14:textId="77777777" w:rsidR="00DD6A72" w:rsidRPr="00C36F9C" w:rsidRDefault="00DB4BD3" w:rsidP="00451D95">
      <w:pPr>
        <w:spacing w:after="0"/>
        <w:rPr>
          <w:rFonts w:ascii="Calibri" w:hAnsi="Calibri" w:cs="Calibri"/>
          <w:sz w:val="24"/>
          <w:szCs w:val="24"/>
        </w:rPr>
      </w:pPr>
      <w:r w:rsidRPr="00C36F9C">
        <w:rPr>
          <w:rFonts w:ascii="Calibri" w:hAnsi="Calibri" w:cs="Calibri"/>
          <w:sz w:val="24"/>
          <w:szCs w:val="24"/>
        </w:rPr>
        <w:t>Please provide more information about the specific support needed, including how we may be able to help.</w:t>
      </w:r>
    </w:p>
    <w:p w14:paraId="1824436B" w14:textId="77777777" w:rsidR="00DD6A72" w:rsidRPr="00C36F9C" w:rsidRDefault="00DB4BD3">
      <w:pPr>
        <w:spacing w:before="80" w:after="40"/>
        <w:rPr>
          <w:rFonts w:ascii="Calibri" w:hAnsi="Calibri" w:cs="Calibri"/>
          <w:sz w:val="24"/>
          <w:szCs w:val="24"/>
        </w:rPr>
      </w:pPr>
      <w:r w:rsidRPr="00C36F9C">
        <w:rPr>
          <w:rFonts w:ascii="Calibri" w:hAnsi="Calibri" w:cs="Calibri"/>
          <w:b/>
          <w:sz w:val="24"/>
          <w:szCs w:val="24"/>
        </w:rPr>
        <w:t>What is important for us to know about your current circumstances? *</w:t>
      </w:r>
    </w:p>
    <w:p w14:paraId="423B1DE9" w14:textId="77777777" w:rsidR="00DD6A72" w:rsidRPr="00C36F9C" w:rsidRDefault="00DB4BD3" w:rsidP="00564067">
      <w:pPr>
        <w:spacing w:after="0"/>
        <w:rPr>
          <w:rFonts w:ascii="Calibri" w:hAnsi="Calibri" w:cs="Calibri"/>
          <w:sz w:val="22"/>
        </w:rPr>
      </w:pPr>
      <w:r w:rsidRPr="00C36F9C">
        <w:rPr>
          <w:rFonts w:ascii="Calibri" w:hAnsi="Calibri" w:cs="Calibri"/>
          <w:i/>
          <w:sz w:val="22"/>
        </w:rPr>
        <w:t>You can share anything you feel would help us understand your situation and the support you would like to receive.</w:t>
      </w:r>
    </w:p>
    <w:tbl>
      <w:tblPr>
        <w:tblStyle w:val="TableGrid"/>
        <w:tblW w:w="0" w:type="auto"/>
        <w:tblLook w:val="04A0" w:firstRow="1" w:lastRow="0" w:firstColumn="1" w:lastColumn="0" w:noHBand="0" w:noVBand="1"/>
      </w:tblPr>
      <w:tblGrid>
        <w:gridCol w:w="10214"/>
      </w:tblGrid>
      <w:tr w:rsidR="00DD6A72" w:rsidRPr="00A62612" w14:paraId="5CAEC556" w14:textId="77777777" w:rsidTr="00F21821">
        <w:trPr>
          <w:trHeight w:val="6024"/>
        </w:trPr>
        <w:sdt>
          <w:sdtPr>
            <w:rPr>
              <w:rFonts w:ascii="Calibri" w:hAnsi="Calibri" w:cs="Calibri"/>
            </w:rPr>
            <w:id w:val="-334460826"/>
            <w:placeholder>
              <w:docPart w:val="DefaultPlaceholder_-1854013440"/>
            </w:placeholder>
            <w:showingPlcHdr/>
          </w:sdtPr>
          <w:sdtEndPr/>
          <w:sdtContent>
            <w:tc>
              <w:tcPr>
                <w:tcW w:w="10214" w:type="dxa"/>
              </w:tcPr>
              <w:p w14:paraId="70F75CC4" w14:textId="04D8AF20" w:rsidR="00DD6A72" w:rsidRPr="00A62612" w:rsidRDefault="00C36F9C">
                <w:pPr>
                  <w:rPr>
                    <w:rFonts w:ascii="Calibri" w:hAnsi="Calibri" w:cs="Calibri"/>
                  </w:rPr>
                </w:pPr>
                <w:r w:rsidRPr="00C36F9C">
                  <w:rPr>
                    <w:rStyle w:val="PlaceholderText"/>
                    <w:sz w:val="24"/>
                    <w:szCs w:val="24"/>
                  </w:rPr>
                  <w:t>Click or tap here to enter text.</w:t>
                </w:r>
              </w:p>
            </w:tc>
          </w:sdtContent>
        </w:sdt>
      </w:tr>
    </w:tbl>
    <w:p w14:paraId="7268D57D" w14:textId="77777777" w:rsidR="00DD6A72" w:rsidRPr="00A62612" w:rsidRDefault="00DD6A72">
      <w:pPr>
        <w:spacing w:after="0"/>
        <w:rPr>
          <w:rFonts w:ascii="Calibri" w:hAnsi="Calibri" w:cs="Calibri"/>
        </w:rPr>
      </w:pPr>
    </w:p>
    <w:p w14:paraId="3AD3206F" w14:textId="77777777" w:rsidR="00DD6A72" w:rsidRPr="00C36F9C" w:rsidRDefault="00DB4BD3">
      <w:pPr>
        <w:spacing w:before="80" w:after="40"/>
        <w:rPr>
          <w:rFonts w:ascii="Calibri" w:hAnsi="Calibri" w:cs="Calibri"/>
          <w:sz w:val="24"/>
          <w:szCs w:val="24"/>
        </w:rPr>
      </w:pPr>
      <w:r w:rsidRPr="00C36F9C">
        <w:rPr>
          <w:rFonts w:ascii="Calibri" w:hAnsi="Calibri" w:cs="Calibri"/>
          <w:b/>
          <w:sz w:val="24"/>
          <w:szCs w:val="24"/>
        </w:rPr>
        <w:lastRenderedPageBreak/>
        <w:t>Are you receiving support from other services? *</w:t>
      </w:r>
    </w:p>
    <w:tbl>
      <w:tblPr>
        <w:tblW w:w="0" w:type="auto"/>
        <w:tblLook w:val="04A0" w:firstRow="1" w:lastRow="0" w:firstColumn="1" w:lastColumn="0" w:noHBand="0" w:noVBand="1"/>
      </w:tblPr>
      <w:tblGrid>
        <w:gridCol w:w="5112"/>
        <w:gridCol w:w="5112"/>
      </w:tblGrid>
      <w:tr w:rsidR="00DD6A72" w:rsidRPr="00C36F9C" w14:paraId="60CF40CA" w14:textId="77777777">
        <w:tc>
          <w:tcPr>
            <w:tcW w:w="5112" w:type="dxa"/>
            <w:vAlign w:val="center"/>
          </w:tcPr>
          <w:p w14:paraId="50901E43" w14:textId="7A9CB3C2" w:rsidR="00DD6A72" w:rsidRPr="00C36F9C" w:rsidRDefault="00AE4254">
            <w:pPr>
              <w:rPr>
                <w:rFonts w:ascii="Calibri" w:hAnsi="Calibri" w:cs="Calibri"/>
                <w:sz w:val="24"/>
                <w:szCs w:val="24"/>
              </w:rPr>
            </w:pPr>
            <w:sdt>
              <w:sdtPr>
                <w:rPr>
                  <w:rFonts w:ascii="Calibri" w:hAnsi="Calibri" w:cs="Calibri"/>
                  <w:sz w:val="24"/>
                  <w:szCs w:val="24"/>
                </w:rPr>
                <w:id w:val="-701328109"/>
                <w14:checkbox>
                  <w14:checked w14:val="0"/>
                  <w14:checkedState w14:val="2612" w14:font="MS Gothic"/>
                  <w14:uncheckedState w14:val="2610" w14:font="MS Gothic"/>
                </w14:checkbox>
              </w:sdtPr>
              <w:sdtEndPr/>
              <w:sdtContent>
                <w:r w:rsidR="00C72B6F">
                  <w:rPr>
                    <w:rFonts w:ascii="MS Gothic" w:eastAsia="MS Gothic" w:hAnsi="MS Gothic" w:cs="Calibri" w:hint="eastAsia"/>
                    <w:sz w:val="24"/>
                    <w:szCs w:val="24"/>
                  </w:rPr>
                  <w:t>☐</w:t>
                </w:r>
              </w:sdtContent>
            </w:sdt>
            <w:r w:rsidR="00DB4BD3" w:rsidRPr="00C36F9C">
              <w:rPr>
                <w:rFonts w:ascii="Calibri" w:hAnsi="Calibri" w:cs="Calibri"/>
                <w:sz w:val="24"/>
                <w:szCs w:val="24"/>
              </w:rPr>
              <w:t xml:space="preserve"> Yes</w:t>
            </w:r>
          </w:p>
        </w:tc>
        <w:tc>
          <w:tcPr>
            <w:tcW w:w="5112" w:type="dxa"/>
            <w:vAlign w:val="center"/>
          </w:tcPr>
          <w:p w14:paraId="43E5C54F" w14:textId="497BB99A" w:rsidR="00DD6A72" w:rsidRPr="00C36F9C" w:rsidRDefault="00AE4254">
            <w:pPr>
              <w:rPr>
                <w:rFonts w:ascii="Calibri" w:hAnsi="Calibri" w:cs="Calibri"/>
                <w:sz w:val="24"/>
                <w:szCs w:val="24"/>
              </w:rPr>
            </w:pPr>
            <w:sdt>
              <w:sdtPr>
                <w:rPr>
                  <w:rFonts w:ascii="Calibri" w:hAnsi="Calibri" w:cs="Calibri"/>
                  <w:sz w:val="24"/>
                  <w:szCs w:val="24"/>
                </w:rPr>
                <w:id w:val="-1518533687"/>
                <w14:checkbox>
                  <w14:checked w14:val="0"/>
                  <w14:checkedState w14:val="2612" w14:font="MS Gothic"/>
                  <w14:uncheckedState w14:val="2610" w14:font="MS Gothic"/>
                </w14:checkbox>
              </w:sdtPr>
              <w:sdtEndPr/>
              <w:sdtContent>
                <w:r w:rsidR="00C36F9C">
                  <w:rPr>
                    <w:rFonts w:ascii="MS Gothic" w:eastAsia="MS Gothic" w:hAnsi="MS Gothic" w:cs="Calibri" w:hint="eastAsia"/>
                    <w:sz w:val="24"/>
                    <w:szCs w:val="24"/>
                  </w:rPr>
                  <w:t>☐</w:t>
                </w:r>
              </w:sdtContent>
            </w:sdt>
            <w:r w:rsidR="00DB4BD3" w:rsidRPr="00C36F9C">
              <w:rPr>
                <w:rFonts w:ascii="Calibri" w:hAnsi="Calibri" w:cs="Calibri"/>
                <w:sz w:val="24"/>
                <w:szCs w:val="24"/>
              </w:rPr>
              <w:t xml:space="preserve"> No</w:t>
            </w:r>
          </w:p>
        </w:tc>
      </w:tr>
    </w:tbl>
    <w:p w14:paraId="2527C152" w14:textId="77777777" w:rsidR="00DD6A72" w:rsidRPr="00100AB6" w:rsidRDefault="00DB4BD3">
      <w:pPr>
        <w:spacing w:before="80" w:after="40"/>
        <w:rPr>
          <w:rFonts w:ascii="Calibri" w:hAnsi="Calibri" w:cs="Calibri"/>
          <w:sz w:val="24"/>
          <w:szCs w:val="24"/>
        </w:rPr>
      </w:pPr>
      <w:r w:rsidRPr="00100AB6">
        <w:rPr>
          <w:rFonts w:ascii="Calibri" w:hAnsi="Calibri" w:cs="Calibri"/>
          <w:b/>
          <w:sz w:val="24"/>
          <w:szCs w:val="24"/>
        </w:rPr>
        <w:t>What current support are you receiving? *</w:t>
      </w:r>
    </w:p>
    <w:p w14:paraId="01303146" w14:textId="77777777" w:rsidR="00DD6A72" w:rsidRPr="00100AB6" w:rsidRDefault="00DB4BD3" w:rsidP="00564067">
      <w:pPr>
        <w:spacing w:after="0"/>
        <w:rPr>
          <w:rFonts w:ascii="Calibri" w:hAnsi="Calibri" w:cs="Calibri"/>
          <w:sz w:val="22"/>
        </w:rPr>
      </w:pPr>
      <w:r w:rsidRPr="00100AB6">
        <w:rPr>
          <w:rFonts w:ascii="Calibri" w:hAnsi="Calibri" w:cs="Calibri"/>
          <w:i/>
          <w:sz w:val="22"/>
        </w:rPr>
        <w:t>For example: GP, mental health team, social worker, probation, housing, domestic abuse service, substance misuse service, care coordinator.</w:t>
      </w:r>
    </w:p>
    <w:tbl>
      <w:tblPr>
        <w:tblStyle w:val="TableGrid"/>
        <w:tblW w:w="0" w:type="auto"/>
        <w:tblLook w:val="04A0" w:firstRow="1" w:lastRow="0" w:firstColumn="1" w:lastColumn="0" w:noHBand="0" w:noVBand="1"/>
      </w:tblPr>
      <w:tblGrid>
        <w:gridCol w:w="10214"/>
      </w:tblGrid>
      <w:tr w:rsidR="00DD6A72" w:rsidRPr="00A62612" w14:paraId="732A5CB2" w14:textId="77777777" w:rsidTr="00100AB6">
        <w:trPr>
          <w:trHeight w:val="2936"/>
        </w:trPr>
        <w:sdt>
          <w:sdtPr>
            <w:rPr>
              <w:rFonts w:ascii="Calibri" w:hAnsi="Calibri" w:cs="Calibri"/>
            </w:rPr>
            <w:id w:val="-500657686"/>
            <w:placeholder>
              <w:docPart w:val="DefaultPlaceholder_-1854013440"/>
            </w:placeholder>
            <w:showingPlcHdr/>
          </w:sdtPr>
          <w:sdtEndPr/>
          <w:sdtContent>
            <w:tc>
              <w:tcPr>
                <w:tcW w:w="10214" w:type="dxa"/>
              </w:tcPr>
              <w:p w14:paraId="30DEECAC" w14:textId="05161861" w:rsidR="00DD6A72" w:rsidRPr="00A62612" w:rsidRDefault="00100AB6">
                <w:pPr>
                  <w:rPr>
                    <w:rFonts w:ascii="Calibri" w:hAnsi="Calibri" w:cs="Calibri"/>
                  </w:rPr>
                </w:pPr>
                <w:r w:rsidRPr="00100AB6">
                  <w:rPr>
                    <w:rStyle w:val="PlaceholderText"/>
                    <w:sz w:val="24"/>
                    <w:szCs w:val="24"/>
                  </w:rPr>
                  <w:t>Click or tap here to enter text.</w:t>
                </w:r>
              </w:p>
            </w:tc>
          </w:sdtContent>
        </w:sdt>
      </w:tr>
    </w:tbl>
    <w:p w14:paraId="044059E7" w14:textId="77777777" w:rsidR="00DD6A72" w:rsidRPr="00A62612" w:rsidRDefault="00DD6A72">
      <w:pPr>
        <w:spacing w:after="0"/>
        <w:rPr>
          <w:rFonts w:ascii="Calibri" w:hAnsi="Calibri" w:cs="Calibri"/>
        </w:rPr>
      </w:pPr>
    </w:p>
    <w:p w14:paraId="33C5A98B" w14:textId="77777777" w:rsidR="00DD6A72" w:rsidRPr="00A8158D" w:rsidRDefault="00DB4BD3">
      <w:pPr>
        <w:spacing w:before="160" w:after="80"/>
        <w:rPr>
          <w:rFonts w:ascii="Calibri" w:hAnsi="Calibri" w:cs="Calibri"/>
          <w:color w:val="365F91" w:themeColor="accent1" w:themeShade="BF"/>
        </w:rPr>
      </w:pPr>
      <w:r w:rsidRPr="00A8158D">
        <w:rPr>
          <w:rFonts w:ascii="Calibri" w:hAnsi="Calibri" w:cs="Calibri"/>
          <w:b/>
          <w:color w:val="365F91" w:themeColor="accent1" w:themeShade="BF"/>
          <w:sz w:val="28"/>
        </w:rPr>
        <w:t>5. Demographic Information</w:t>
      </w:r>
    </w:p>
    <w:p w14:paraId="4105FCEF" w14:textId="77777777" w:rsidR="00DD6A72" w:rsidRPr="00100AB6" w:rsidRDefault="00DB4BD3">
      <w:pPr>
        <w:rPr>
          <w:rFonts w:ascii="Calibri" w:hAnsi="Calibri" w:cs="Calibri"/>
          <w:sz w:val="24"/>
          <w:szCs w:val="24"/>
        </w:rPr>
      </w:pPr>
      <w:r w:rsidRPr="00100AB6">
        <w:rPr>
          <w:rFonts w:ascii="Calibri" w:hAnsi="Calibri" w:cs="Calibri"/>
          <w:sz w:val="24"/>
          <w:szCs w:val="24"/>
        </w:rPr>
        <w:t>The following questions are optional and help us ensure our services are accessible and inclusive for everyone.</w:t>
      </w:r>
    </w:p>
    <w:p w14:paraId="1DC52296" w14:textId="77777777" w:rsidR="00DD6A72" w:rsidRPr="00100AB6" w:rsidRDefault="00DB4BD3">
      <w:pPr>
        <w:spacing w:before="80" w:after="40"/>
        <w:rPr>
          <w:rFonts w:ascii="Calibri" w:hAnsi="Calibri" w:cs="Calibri"/>
          <w:sz w:val="24"/>
          <w:szCs w:val="24"/>
        </w:rPr>
      </w:pPr>
      <w:r w:rsidRPr="00100AB6">
        <w:rPr>
          <w:rFonts w:ascii="Calibri" w:hAnsi="Calibri" w:cs="Calibri"/>
          <w:b/>
          <w:sz w:val="24"/>
          <w:szCs w:val="24"/>
        </w:rPr>
        <w:t>Sex and Gender Identity (optional)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5112"/>
      </w:tblGrid>
      <w:tr w:rsidR="00DD6A72" w:rsidRPr="00100AB6" w14:paraId="0FF62695" w14:textId="77777777" w:rsidTr="00451D95">
        <w:tc>
          <w:tcPr>
            <w:tcW w:w="5112" w:type="dxa"/>
          </w:tcPr>
          <w:p w14:paraId="2ECC8C17" w14:textId="7EFF5C75" w:rsidR="00DD6A72" w:rsidRPr="00100AB6" w:rsidRDefault="00AE4254">
            <w:pPr>
              <w:rPr>
                <w:rFonts w:ascii="Calibri" w:hAnsi="Calibri" w:cs="Calibri"/>
                <w:sz w:val="24"/>
                <w:szCs w:val="24"/>
              </w:rPr>
            </w:pPr>
            <w:sdt>
              <w:sdtPr>
                <w:rPr>
                  <w:rFonts w:ascii="Calibri" w:hAnsi="Calibri" w:cs="Calibri"/>
                  <w:sz w:val="24"/>
                  <w:szCs w:val="24"/>
                </w:rPr>
                <w:id w:val="-680354563"/>
                <w14:checkbox>
                  <w14:checked w14:val="0"/>
                  <w14:checkedState w14:val="2612" w14:font="MS Gothic"/>
                  <w14:uncheckedState w14:val="2610" w14:font="MS Gothic"/>
                </w14:checkbox>
              </w:sdtPr>
              <w:sdtEndPr/>
              <w:sdtContent>
                <w:r w:rsidR="00100AB6">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Woman (including transgender woman)</w:t>
            </w:r>
          </w:p>
        </w:tc>
        <w:tc>
          <w:tcPr>
            <w:tcW w:w="5112" w:type="dxa"/>
          </w:tcPr>
          <w:p w14:paraId="78271FA6" w14:textId="64492D56" w:rsidR="00DD6A72" w:rsidRPr="00100AB6" w:rsidRDefault="00AE4254">
            <w:pPr>
              <w:rPr>
                <w:rFonts w:ascii="Calibri" w:hAnsi="Calibri" w:cs="Calibri"/>
                <w:sz w:val="24"/>
                <w:szCs w:val="24"/>
              </w:rPr>
            </w:pPr>
            <w:sdt>
              <w:sdtPr>
                <w:rPr>
                  <w:rFonts w:ascii="Calibri" w:hAnsi="Calibri" w:cs="Calibri"/>
                  <w:sz w:val="24"/>
                  <w:szCs w:val="24"/>
                </w:rPr>
                <w:id w:val="-47388158"/>
                <w14:checkbox>
                  <w14:checked w14:val="0"/>
                  <w14:checkedState w14:val="2612" w14:font="MS Gothic"/>
                  <w14:uncheckedState w14:val="2610" w14:font="MS Gothic"/>
                </w14:checkbox>
              </w:sdtPr>
              <w:sdtEndPr/>
              <w:sdtContent>
                <w:r w:rsidR="00100AB6">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Man (including transgender man)</w:t>
            </w:r>
          </w:p>
        </w:tc>
      </w:tr>
      <w:tr w:rsidR="00DD6A72" w:rsidRPr="00100AB6" w14:paraId="5518559A" w14:textId="77777777" w:rsidTr="00451D95">
        <w:tc>
          <w:tcPr>
            <w:tcW w:w="5112" w:type="dxa"/>
          </w:tcPr>
          <w:p w14:paraId="7132DE98" w14:textId="67B3F8E5" w:rsidR="00DD6A72" w:rsidRPr="00100AB6" w:rsidRDefault="00AE4254">
            <w:pPr>
              <w:rPr>
                <w:rFonts w:ascii="Calibri" w:hAnsi="Calibri" w:cs="Calibri"/>
                <w:sz w:val="24"/>
                <w:szCs w:val="24"/>
              </w:rPr>
            </w:pPr>
            <w:sdt>
              <w:sdtPr>
                <w:rPr>
                  <w:rFonts w:ascii="Calibri" w:hAnsi="Calibri" w:cs="Calibri"/>
                  <w:sz w:val="24"/>
                  <w:szCs w:val="24"/>
                </w:rPr>
                <w:id w:val="1947498027"/>
                <w14:checkbox>
                  <w14:checked w14:val="0"/>
                  <w14:checkedState w14:val="2612" w14:font="MS Gothic"/>
                  <w14:uncheckedState w14:val="2610" w14:font="MS Gothic"/>
                </w14:checkbox>
              </w:sdtPr>
              <w:sdtEndPr/>
              <w:sdtContent>
                <w:r w:rsidR="004C5EC4">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Non-binary</w:t>
            </w:r>
          </w:p>
        </w:tc>
        <w:tc>
          <w:tcPr>
            <w:tcW w:w="5112" w:type="dxa"/>
          </w:tcPr>
          <w:p w14:paraId="47925D76" w14:textId="7085A9A8" w:rsidR="00DD6A72" w:rsidRPr="00100AB6" w:rsidRDefault="00AE4254">
            <w:pPr>
              <w:rPr>
                <w:rFonts w:ascii="Calibri" w:hAnsi="Calibri" w:cs="Calibri"/>
                <w:sz w:val="24"/>
                <w:szCs w:val="24"/>
              </w:rPr>
            </w:pPr>
            <w:sdt>
              <w:sdtPr>
                <w:rPr>
                  <w:rFonts w:ascii="Calibri" w:hAnsi="Calibri" w:cs="Calibri"/>
                  <w:sz w:val="24"/>
                  <w:szCs w:val="24"/>
                </w:rPr>
                <w:id w:val="-2115902613"/>
                <w14:checkbox>
                  <w14:checked w14:val="0"/>
                  <w14:checkedState w14:val="2612" w14:font="MS Gothic"/>
                  <w14:uncheckedState w14:val="2610" w14:font="MS Gothic"/>
                </w14:checkbox>
              </w:sdtPr>
              <w:sdtEndPr/>
              <w:sdtContent>
                <w:r w:rsidR="00100AB6">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Intersex</w:t>
            </w:r>
          </w:p>
        </w:tc>
      </w:tr>
      <w:tr w:rsidR="00DD6A72" w:rsidRPr="00100AB6" w14:paraId="7F2B86AD" w14:textId="77777777" w:rsidTr="00451D95">
        <w:tc>
          <w:tcPr>
            <w:tcW w:w="5112" w:type="dxa"/>
          </w:tcPr>
          <w:p w14:paraId="2198D7B4" w14:textId="2480925D" w:rsidR="00DD6A72" w:rsidRPr="00100AB6" w:rsidRDefault="00AE4254">
            <w:pPr>
              <w:rPr>
                <w:rFonts w:ascii="Calibri" w:hAnsi="Calibri" w:cs="Calibri"/>
                <w:sz w:val="24"/>
                <w:szCs w:val="24"/>
              </w:rPr>
            </w:pPr>
            <w:sdt>
              <w:sdtPr>
                <w:rPr>
                  <w:rFonts w:ascii="Calibri" w:hAnsi="Calibri" w:cs="Calibri"/>
                  <w:sz w:val="24"/>
                  <w:szCs w:val="24"/>
                </w:rPr>
                <w:id w:val="-1481841944"/>
                <w14:checkbox>
                  <w14:checked w14:val="0"/>
                  <w14:checkedState w14:val="2612" w14:font="MS Gothic"/>
                  <w14:uncheckedState w14:val="2610" w14:font="MS Gothic"/>
                </w14:checkbox>
              </w:sdtPr>
              <w:sdtEndPr/>
              <w:sdtContent>
                <w:r w:rsidR="00100AB6">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Prefer not to say</w:t>
            </w:r>
          </w:p>
        </w:tc>
        <w:tc>
          <w:tcPr>
            <w:tcW w:w="5112" w:type="dxa"/>
          </w:tcPr>
          <w:p w14:paraId="7F97D74C" w14:textId="77777777" w:rsidR="00DD6A72" w:rsidRPr="00100AB6" w:rsidRDefault="00DD6A72">
            <w:pPr>
              <w:rPr>
                <w:rFonts w:ascii="Calibri" w:hAnsi="Calibri" w:cs="Calibri"/>
                <w:sz w:val="24"/>
                <w:szCs w:val="24"/>
              </w:rPr>
            </w:pPr>
          </w:p>
        </w:tc>
      </w:tr>
    </w:tbl>
    <w:p w14:paraId="0D6D7C43" w14:textId="77777777" w:rsidR="00451D95" w:rsidRDefault="00451D95">
      <w:pPr>
        <w:spacing w:before="80" w:after="40"/>
        <w:rPr>
          <w:rFonts w:ascii="Calibri" w:hAnsi="Calibri" w:cs="Calibri"/>
          <w:b/>
          <w:sz w:val="24"/>
          <w:szCs w:val="24"/>
        </w:rPr>
      </w:pPr>
    </w:p>
    <w:p w14:paraId="33AC1CC8" w14:textId="01ED7350" w:rsidR="00DD6A72" w:rsidRDefault="00DB4BD3">
      <w:pPr>
        <w:spacing w:before="80" w:after="40"/>
        <w:rPr>
          <w:rFonts w:ascii="Calibri" w:hAnsi="Calibri" w:cs="Calibri"/>
          <w:b/>
          <w:sz w:val="24"/>
          <w:szCs w:val="24"/>
        </w:rPr>
      </w:pPr>
      <w:r w:rsidRPr="00100AB6">
        <w:rPr>
          <w:rFonts w:ascii="Calibri" w:hAnsi="Calibri" w:cs="Calibri"/>
          <w:b/>
          <w:sz w:val="24"/>
          <w:szCs w:val="24"/>
        </w:rPr>
        <w:t>Ethnicity</w:t>
      </w:r>
    </w:p>
    <w:p w14:paraId="2428B2A5" w14:textId="6D1A5064" w:rsidR="00687293" w:rsidRPr="00100AB6" w:rsidRDefault="00AE4254">
      <w:pPr>
        <w:spacing w:before="80" w:after="40"/>
        <w:rPr>
          <w:rFonts w:ascii="Calibri" w:hAnsi="Calibri" w:cs="Calibri"/>
          <w:sz w:val="24"/>
          <w:szCs w:val="24"/>
        </w:rPr>
      </w:pPr>
      <w:sdt>
        <w:sdtPr>
          <w:rPr>
            <w:rFonts w:ascii="Calibri" w:hAnsi="Calibri" w:cs="Calibri"/>
            <w:sz w:val="24"/>
            <w:szCs w:val="24"/>
          </w:rPr>
          <w:id w:val="631988643"/>
          <w14:checkbox>
            <w14:checked w14:val="0"/>
            <w14:checkedState w14:val="2612" w14:font="MS Gothic"/>
            <w14:uncheckedState w14:val="2610" w14:font="MS Gothic"/>
          </w14:checkbox>
        </w:sdtPr>
        <w:sdtEndPr/>
        <w:sdtContent>
          <w:r w:rsidR="00451D95">
            <w:rPr>
              <w:rFonts w:ascii="MS Gothic" w:eastAsia="MS Gothic" w:hAnsi="MS Gothic" w:cs="Calibri" w:hint="eastAsia"/>
              <w:sz w:val="24"/>
              <w:szCs w:val="24"/>
            </w:rPr>
            <w:t>☐</w:t>
          </w:r>
        </w:sdtContent>
      </w:sdt>
      <w:r w:rsidR="00687293">
        <w:rPr>
          <w:rFonts w:ascii="Calibri" w:hAnsi="Calibri" w:cs="Calibri"/>
          <w:sz w:val="24"/>
          <w:szCs w:val="24"/>
        </w:rPr>
        <w:t xml:space="preserve"> </w:t>
      </w:r>
      <w:r w:rsidR="00687293" w:rsidRPr="00100AB6">
        <w:rPr>
          <w:rFonts w:ascii="Calibri" w:hAnsi="Calibri" w:cs="Calibri"/>
          <w:sz w:val="24"/>
          <w:szCs w:val="24"/>
        </w:rPr>
        <w:t>Prefer not to say</w:t>
      </w:r>
    </w:p>
    <w:p w14:paraId="0F99DC19" w14:textId="558EDEDE" w:rsidR="00DD6A72" w:rsidRPr="00100AB6" w:rsidRDefault="00DB4BD3">
      <w:pPr>
        <w:spacing w:before="80" w:after="40"/>
        <w:rPr>
          <w:rFonts w:ascii="Calibri" w:hAnsi="Calibri" w:cs="Calibri"/>
          <w:sz w:val="24"/>
          <w:szCs w:val="24"/>
        </w:rPr>
      </w:pPr>
      <w:r w:rsidRPr="00100AB6">
        <w:rPr>
          <w:rFonts w:ascii="Calibri" w:hAnsi="Calibri" w:cs="Calibri"/>
          <w:b/>
          <w:sz w:val="24"/>
          <w:szCs w:val="24"/>
        </w:rPr>
        <w:t>Asian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5112"/>
      </w:tblGrid>
      <w:tr w:rsidR="00DD6A72" w:rsidRPr="00100AB6" w14:paraId="1C927D8C" w14:textId="77777777" w:rsidTr="00451D95">
        <w:tc>
          <w:tcPr>
            <w:tcW w:w="5112" w:type="dxa"/>
          </w:tcPr>
          <w:p w14:paraId="1C9D65D4" w14:textId="014C8BDB" w:rsidR="00DD6A72" w:rsidRPr="00100AB6" w:rsidRDefault="00AE4254">
            <w:pPr>
              <w:rPr>
                <w:rFonts w:ascii="Calibri" w:hAnsi="Calibri" w:cs="Calibri"/>
                <w:sz w:val="24"/>
                <w:szCs w:val="24"/>
              </w:rPr>
            </w:pPr>
            <w:sdt>
              <w:sdtPr>
                <w:rPr>
                  <w:rFonts w:ascii="Calibri" w:hAnsi="Calibri" w:cs="Calibri"/>
                  <w:sz w:val="24"/>
                  <w:szCs w:val="24"/>
                </w:rPr>
                <w:id w:val="627984755"/>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Bangladeshi</w:t>
            </w:r>
          </w:p>
        </w:tc>
        <w:tc>
          <w:tcPr>
            <w:tcW w:w="5112" w:type="dxa"/>
          </w:tcPr>
          <w:p w14:paraId="5D583913" w14:textId="185CF7E5" w:rsidR="00DD6A72" w:rsidRPr="00100AB6" w:rsidRDefault="00AE4254">
            <w:pPr>
              <w:rPr>
                <w:rFonts w:ascii="Calibri" w:hAnsi="Calibri" w:cs="Calibri"/>
                <w:sz w:val="24"/>
                <w:szCs w:val="24"/>
              </w:rPr>
            </w:pPr>
            <w:sdt>
              <w:sdtPr>
                <w:rPr>
                  <w:rFonts w:ascii="Calibri" w:hAnsi="Calibri" w:cs="Calibri"/>
                  <w:sz w:val="24"/>
                  <w:szCs w:val="24"/>
                </w:rPr>
                <w:id w:val="-1633559873"/>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Chinese</w:t>
            </w:r>
          </w:p>
        </w:tc>
      </w:tr>
      <w:tr w:rsidR="00DD6A72" w:rsidRPr="00100AB6" w14:paraId="6F6EDD50" w14:textId="77777777" w:rsidTr="00451D95">
        <w:tc>
          <w:tcPr>
            <w:tcW w:w="5112" w:type="dxa"/>
          </w:tcPr>
          <w:p w14:paraId="3AE73010" w14:textId="3AC00FAD" w:rsidR="00DD6A72" w:rsidRPr="00100AB6" w:rsidRDefault="00AE4254">
            <w:pPr>
              <w:rPr>
                <w:rFonts w:ascii="Calibri" w:hAnsi="Calibri" w:cs="Calibri"/>
                <w:sz w:val="24"/>
                <w:szCs w:val="24"/>
              </w:rPr>
            </w:pPr>
            <w:sdt>
              <w:sdtPr>
                <w:rPr>
                  <w:rFonts w:ascii="Calibri" w:hAnsi="Calibri" w:cs="Calibri"/>
                  <w:sz w:val="24"/>
                  <w:szCs w:val="24"/>
                </w:rPr>
                <w:id w:val="-2048897431"/>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Indian</w:t>
            </w:r>
          </w:p>
        </w:tc>
        <w:tc>
          <w:tcPr>
            <w:tcW w:w="5112" w:type="dxa"/>
          </w:tcPr>
          <w:p w14:paraId="522BA53C" w14:textId="6651E4D5" w:rsidR="00DD6A72" w:rsidRPr="00100AB6" w:rsidRDefault="00AE4254">
            <w:pPr>
              <w:rPr>
                <w:rFonts w:ascii="Calibri" w:hAnsi="Calibri" w:cs="Calibri"/>
                <w:sz w:val="24"/>
                <w:szCs w:val="24"/>
              </w:rPr>
            </w:pPr>
            <w:sdt>
              <w:sdtPr>
                <w:rPr>
                  <w:rFonts w:ascii="Calibri" w:hAnsi="Calibri" w:cs="Calibri"/>
                  <w:sz w:val="24"/>
                  <w:szCs w:val="24"/>
                </w:rPr>
                <w:id w:val="-2038029630"/>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Pakistani</w:t>
            </w:r>
          </w:p>
        </w:tc>
      </w:tr>
      <w:tr w:rsidR="00DD6A72" w:rsidRPr="00100AB6" w14:paraId="20BBB67E" w14:textId="77777777" w:rsidTr="00451D95">
        <w:tc>
          <w:tcPr>
            <w:tcW w:w="5112" w:type="dxa"/>
          </w:tcPr>
          <w:p w14:paraId="0B2D4332" w14:textId="4D07E774" w:rsidR="00DD6A72" w:rsidRPr="00100AB6" w:rsidRDefault="00AE4254">
            <w:pPr>
              <w:rPr>
                <w:rFonts w:ascii="Calibri" w:hAnsi="Calibri" w:cs="Calibri"/>
                <w:sz w:val="24"/>
                <w:szCs w:val="24"/>
              </w:rPr>
            </w:pPr>
            <w:sdt>
              <w:sdtPr>
                <w:rPr>
                  <w:rFonts w:ascii="Calibri" w:hAnsi="Calibri" w:cs="Calibri"/>
                  <w:sz w:val="24"/>
                  <w:szCs w:val="24"/>
                </w:rPr>
                <w:id w:val="-1615355676"/>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Any other Asian Background</w:t>
            </w:r>
          </w:p>
        </w:tc>
        <w:tc>
          <w:tcPr>
            <w:tcW w:w="5112" w:type="dxa"/>
          </w:tcPr>
          <w:p w14:paraId="627795D3" w14:textId="77777777" w:rsidR="00DD6A72" w:rsidRPr="00100AB6" w:rsidRDefault="00DD6A72">
            <w:pPr>
              <w:rPr>
                <w:rFonts w:ascii="Calibri" w:hAnsi="Calibri" w:cs="Calibri"/>
                <w:sz w:val="24"/>
                <w:szCs w:val="24"/>
              </w:rPr>
            </w:pPr>
          </w:p>
        </w:tc>
      </w:tr>
    </w:tbl>
    <w:p w14:paraId="38E62A7E" w14:textId="6508DF63" w:rsidR="00DD6A72" w:rsidRPr="00100AB6" w:rsidRDefault="00DB4BD3">
      <w:pPr>
        <w:spacing w:before="80" w:after="40"/>
        <w:rPr>
          <w:rFonts w:ascii="Calibri" w:hAnsi="Calibri" w:cs="Calibri"/>
          <w:sz w:val="24"/>
          <w:szCs w:val="24"/>
        </w:rPr>
      </w:pPr>
      <w:r w:rsidRPr="00100AB6">
        <w:rPr>
          <w:rFonts w:ascii="Calibri" w:hAnsi="Calibri" w:cs="Calibri"/>
          <w:b/>
          <w:sz w:val="24"/>
          <w:szCs w:val="24"/>
        </w:rPr>
        <w:t>Black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5112"/>
      </w:tblGrid>
      <w:tr w:rsidR="00DD6A72" w:rsidRPr="00100AB6" w14:paraId="33FCBB99" w14:textId="77777777" w:rsidTr="00451D95">
        <w:tc>
          <w:tcPr>
            <w:tcW w:w="5112" w:type="dxa"/>
          </w:tcPr>
          <w:p w14:paraId="70F8E987" w14:textId="3D4E5FAF" w:rsidR="00DD6A72" w:rsidRPr="00100AB6" w:rsidRDefault="00AE4254">
            <w:pPr>
              <w:rPr>
                <w:rFonts w:ascii="Calibri" w:hAnsi="Calibri" w:cs="Calibri"/>
                <w:sz w:val="24"/>
                <w:szCs w:val="24"/>
              </w:rPr>
            </w:pPr>
            <w:sdt>
              <w:sdtPr>
                <w:rPr>
                  <w:rFonts w:ascii="Calibri" w:hAnsi="Calibri" w:cs="Calibri"/>
                  <w:sz w:val="24"/>
                  <w:szCs w:val="24"/>
                </w:rPr>
                <w:id w:val="-11233441"/>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Caribbean</w:t>
            </w:r>
          </w:p>
        </w:tc>
        <w:tc>
          <w:tcPr>
            <w:tcW w:w="5112" w:type="dxa"/>
          </w:tcPr>
          <w:p w14:paraId="1823E45E" w14:textId="781A2F4B" w:rsidR="00DD6A72" w:rsidRPr="00100AB6" w:rsidRDefault="00AE4254">
            <w:pPr>
              <w:rPr>
                <w:rFonts w:ascii="Calibri" w:hAnsi="Calibri" w:cs="Calibri"/>
                <w:sz w:val="24"/>
                <w:szCs w:val="24"/>
              </w:rPr>
            </w:pPr>
            <w:sdt>
              <w:sdtPr>
                <w:rPr>
                  <w:rFonts w:ascii="Calibri" w:hAnsi="Calibri" w:cs="Calibri"/>
                  <w:sz w:val="24"/>
                  <w:szCs w:val="24"/>
                </w:rPr>
                <w:id w:val="-1942370792"/>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African</w:t>
            </w:r>
          </w:p>
        </w:tc>
      </w:tr>
      <w:tr w:rsidR="00DD6A72" w:rsidRPr="00100AB6" w14:paraId="475EA0D5" w14:textId="77777777" w:rsidTr="00451D95">
        <w:tc>
          <w:tcPr>
            <w:tcW w:w="5112" w:type="dxa"/>
          </w:tcPr>
          <w:p w14:paraId="01B5A112" w14:textId="53181814" w:rsidR="00DD6A72" w:rsidRPr="00100AB6" w:rsidRDefault="00AE4254">
            <w:pPr>
              <w:rPr>
                <w:rFonts w:ascii="Calibri" w:hAnsi="Calibri" w:cs="Calibri"/>
                <w:sz w:val="24"/>
                <w:szCs w:val="24"/>
              </w:rPr>
            </w:pPr>
            <w:sdt>
              <w:sdtPr>
                <w:rPr>
                  <w:rFonts w:ascii="Calibri" w:hAnsi="Calibri" w:cs="Calibri"/>
                  <w:sz w:val="24"/>
                  <w:szCs w:val="24"/>
                </w:rPr>
                <w:id w:val="111098156"/>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Any other Black background</w:t>
            </w:r>
          </w:p>
        </w:tc>
        <w:tc>
          <w:tcPr>
            <w:tcW w:w="5112" w:type="dxa"/>
          </w:tcPr>
          <w:p w14:paraId="2FF0E3C4" w14:textId="77777777" w:rsidR="00DD6A72" w:rsidRPr="00100AB6" w:rsidRDefault="00DD6A72">
            <w:pPr>
              <w:rPr>
                <w:rFonts w:ascii="Calibri" w:hAnsi="Calibri" w:cs="Calibri"/>
                <w:sz w:val="24"/>
                <w:szCs w:val="24"/>
              </w:rPr>
            </w:pPr>
          </w:p>
        </w:tc>
      </w:tr>
    </w:tbl>
    <w:p w14:paraId="67F66500" w14:textId="28237C24" w:rsidR="00DD6A72" w:rsidRPr="00100AB6" w:rsidRDefault="00DB4BD3">
      <w:pPr>
        <w:spacing w:before="80" w:after="40"/>
        <w:rPr>
          <w:rFonts w:ascii="Calibri" w:hAnsi="Calibri" w:cs="Calibri"/>
          <w:sz w:val="24"/>
          <w:szCs w:val="24"/>
        </w:rPr>
      </w:pPr>
      <w:r w:rsidRPr="00100AB6">
        <w:rPr>
          <w:rFonts w:ascii="Calibri" w:hAnsi="Calibri" w:cs="Calibri"/>
          <w:b/>
          <w:sz w:val="24"/>
          <w:szCs w:val="24"/>
        </w:rPr>
        <w:t>Mixed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5112"/>
      </w:tblGrid>
      <w:tr w:rsidR="00DD6A72" w:rsidRPr="00100AB6" w14:paraId="75923B89" w14:textId="77777777" w:rsidTr="00451D95">
        <w:tc>
          <w:tcPr>
            <w:tcW w:w="5112" w:type="dxa"/>
          </w:tcPr>
          <w:p w14:paraId="728DA716" w14:textId="2747E262" w:rsidR="00DD6A72" w:rsidRPr="00100AB6" w:rsidRDefault="00AE4254">
            <w:pPr>
              <w:rPr>
                <w:rFonts w:ascii="Calibri" w:hAnsi="Calibri" w:cs="Calibri"/>
                <w:sz w:val="24"/>
                <w:szCs w:val="24"/>
              </w:rPr>
            </w:pPr>
            <w:sdt>
              <w:sdtPr>
                <w:rPr>
                  <w:rFonts w:ascii="Calibri" w:hAnsi="Calibri" w:cs="Calibri"/>
                  <w:sz w:val="24"/>
                  <w:szCs w:val="24"/>
                </w:rPr>
                <w:id w:val="-1181806062"/>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White and Black Caribbean</w:t>
            </w:r>
          </w:p>
        </w:tc>
        <w:tc>
          <w:tcPr>
            <w:tcW w:w="5112" w:type="dxa"/>
          </w:tcPr>
          <w:p w14:paraId="3F4FDB06" w14:textId="76ABD660" w:rsidR="00DD6A72" w:rsidRPr="00100AB6" w:rsidRDefault="00AE4254">
            <w:pPr>
              <w:rPr>
                <w:rFonts w:ascii="Calibri" w:hAnsi="Calibri" w:cs="Calibri"/>
                <w:sz w:val="24"/>
                <w:szCs w:val="24"/>
              </w:rPr>
            </w:pPr>
            <w:sdt>
              <w:sdtPr>
                <w:rPr>
                  <w:rFonts w:ascii="Calibri" w:hAnsi="Calibri" w:cs="Calibri"/>
                  <w:sz w:val="24"/>
                  <w:szCs w:val="24"/>
                </w:rPr>
                <w:id w:val="-1080910048"/>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White and Black African</w:t>
            </w:r>
          </w:p>
        </w:tc>
      </w:tr>
      <w:tr w:rsidR="00DD6A72" w:rsidRPr="00100AB6" w14:paraId="7367F9B8" w14:textId="77777777" w:rsidTr="00451D95">
        <w:tc>
          <w:tcPr>
            <w:tcW w:w="5112" w:type="dxa"/>
          </w:tcPr>
          <w:p w14:paraId="0602E61E" w14:textId="2F0A295E" w:rsidR="00DD6A72" w:rsidRPr="00100AB6" w:rsidRDefault="00AE4254">
            <w:pPr>
              <w:rPr>
                <w:rFonts w:ascii="Calibri" w:hAnsi="Calibri" w:cs="Calibri"/>
                <w:sz w:val="24"/>
                <w:szCs w:val="24"/>
              </w:rPr>
            </w:pPr>
            <w:sdt>
              <w:sdtPr>
                <w:rPr>
                  <w:rFonts w:ascii="Calibri" w:hAnsi="Calibri" w:cs="Calibri"/>
                  <w:sz w:val="24"/>
                  <w:szCs w:val="24"/>
                </w:rPr>
                <w:id w:val="-776632750"/>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White and Asian</w:t>
            </w:r>
          </w:p>
        </w:tc>
        <w:tc>
          <w:tcPr>
            <w:tcW w:w="5112" w:type="dxa"/>
          </w:tcPr>
          <w:p w14:paraId="3842BD61" w14:textId="32BF84E8" w:rsidR="00DD6A72" w:rsidRPr="00100AB6" w:rsidRDefault="00AE4254" w:rsidP="00687293">
            <w:pPr>
              <w:ind w:left="300" w:hanging="300"/>
              <w:rPr>
                <w:rFonts w:ascii="Calibri" w:hAnsi="Calibri" w:cs="Calibri"/>
                <w:sz w:val="24"/>
                <w:szCs w:val="24"/>
              </w:rPr>
            </w:pPr>
            <w:sdt>
              <w:sdtPr>
                <w:rPr>
                  <w:rFonts w:ascii="Calibri" w:hAnsi="Calibri" w:cs="Calibri"/>
                  <w:sz w:val="24"/>
                  <w:szCs w:val="24"/>
                </w:rPr>
                <w:id w:val="-1869206042"/>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Any other Mixed or multiple ethnic background</w:t>
            </w:r>
          </w:p>
        </w:tc>
      </w:tr>
    </w:tbl>
    <w:p w14:paraId="6469DB46" w14:textId="77777777" w:rsidR="00F21821" w:rsidRDefault="00F21821">
      <w:pPr>
        <w:spacing w:before="80" w:after="40"/>
        <w:rPr>
          <w:rFonts w:ascii="Calibri" w:hAnsi="Calibri" w:cs="Calibri"/>
          <w:b/>
          <w:sz w:val="24"/>
          <w:szCs w:val="24"/>
        </w:rPr>
      </w:pPr>
    </w:p>
    <w:p w14:paraId="20F97571" w14:textId="387B11E2" w:rsidR="00DD6A72" w:rsidRPr="00100AB6" w:rsidRDefault="00DB4BD3">
      <w:pPr>
        <w:spacing w:before="80" w:after="40"/>
        <w:rPr>
          <w:rFonts w:ascii="Calibri" w:hAnsi="Calibri" w:cs="Calibri"/>
          <w:sz w:val="24"/>
          <w:szCs w:val="24"/>
        </w:rPr>
      </w:pPr>
      <w:r w:rsidRPr="00100AB6">
        <w:rPr>
          <w:rFonts w:ascii="Calibri" w:hAnsi="Calibri" w:cs="Calibri"/>
          <w:b/>
          <w:sz w:val="24"/>
          <w:szCs w:val="24"/>
        </w:rPr>
        <w:lastRenderedPageBreak/>
        <w:t>White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5112"/>
      </w:tblGrid>
      <w:tr w:rsidR="00DD6A72" w:rsidRPr="00100AB6" w14:paraId="0EDA858A" w14:textId="77777777" w:rsidTr="00451D95">
        <w:tc>
          <w:tcPr>
            <w:tcW w:w="5112" w:type="dxa"/>
          </w:tcPr>
          <w:p w14:paraId="1D1B3643" w14:textId="4D93D343" w:rsidR="00DD6A72" w:rsidRPr="00100AB6" w:rsidRDefault="00AE4254" w:rsidP="00687293">
            <w:pPr>
              <w:ind w:left="323" w:hanging="323"/>
              <w:rPr>
                <w:rFonts w:ascii="Calibri" w:hAnsi="Calibri" w:cs="Calibri"/>
                <w:sz w:val="24"/>
                <w:szCs w:val="24"/>
              </w:rPr>
            </w:pPr>
            <w:sdt>
              <w:sdtPr>
                <w:rPr>
                  <w:rFonts w:ascii="Calibri" w:hAnsi="Calibri" w:cs="Calibri"/>
                  <w:sz w:val="24"/>
                  <w:szCs w:val="24"/>
                </w:rPr>
                <w:id w:val="-48071659"/>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English, Welsh, Scottish, Northern Irish or British</w:t>
            </w:r>
          </w:p>
        </w:tc>
        <w:tc>
          <w:tcPr>
            <w:tcW w:w="5112" w:type="dxa"/>
          </w:tcPr>
          <w:p w14:paraId="37FD6362" w14:textId="1844F660" w:rsidR="00DD6A72" w:rsidRPr="00100AB6" w:rsidRDefault="00AE4254">
            <w:pPr>
              <w:rPr>
                <w:rFonts w:ascii="Calibri" w:hAnsi="Calibri" w:cs="Calibri"/>
                <w:sz w:val="24"/>
                <w:szCs w:val="24"/>
              </w:rPr>
            </w:pPr>
            <w:sdt>
              <w:sdtPr>
                <w:rPr>
                  <w:rFonts w:ascii="Calibri" w:hAnsi="Calibri" w:cs="Calibri"/>
                  <w:sz w:val="24"/>
                  <w:szCs w:val="24"/>
                </w:rPr>
                <w:id w:val="1105396666"/>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Irish</w:t>
            </w:r>
          </w:p>
        </w:tc>
      </w:tr>
      <w:tr w:rsidR="00DD6A72" w:rsidRPr="00100AB6" w14:paraId="5E3253AB" w14:textId="77777777" w:rsidTr="00451D95">
        <w:tc>
          <w:tcPr>
            <w:tcW w:w="5112" w:type="dxa"/>
          </w:tcPr>
          <w:p w14:paraId="7041B7ED" w14:textId="55757962" w:rsidR="00DD6A72" w:rsidRPr="00100AB6" w:rsidRDefault="00AE4254">
            <w:pPr>
              <w:rPr>
                <w:rFonts w:ascii="Calibri" w:hAnsi="Calibri" w:cs="Calibri"/>
                <w:sz w:val="24"/>
                <w:szCs w:val="24"/>
              </w:rPr>
            </w:pPr>
            <w:sdt>
              <w:sdtPr>
                <w:rPr>
                  <w:rFonts w:ascii="Calibri" w:hAnsi="Calibri" w:cs="Calibri"/>
                  <w:sz w:val="24"/>
                  <w:szCs w:val="24"/>
                </w:rPr>
                <w:id w:val="-361134167"/>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Gypsy or Irish Traveller</w:t>
            </w:r>
          </w:p>
        </w:tc>
        <w:tc>
          <w:tcPr>
            <w:tcW w:w="5112" w:type="dxa"/>
          </w:tcPr>
          <w:p w14:paraId="2439F32A" w14:textId="37BB4094" w:rsidR="00DD6A72" w:rsidRPr="00100AB6" w:rsidRDefault="00AE4254">
            <w:pPr>
              <w:rPr>
                <w:rFonts w:ascii="Calibri" w:hAnsi="Calibri" w:cs="Calibri"/>
                <w:sz w:val="24"/>
                <w:szCs w:val="24"/>
              </w:rPr>
            </w:pPr>
            <w:sdt>
              <w:sdtPr>
                <w:rPr>
                  <w:rFonts w:ascii="Calibri" w:hAnsi="Calibri" w:cs="Calibri"/>
                  <w:sz w:val="24"/>
                  <w:szCs w:val="24"/>
                </w:rPr>
                <w:id w:val="7108765"/>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Roma</w:t>
            </w:r>
          </w:p>
        </w:tc>
      </w:tr>
      <w:tr w:rsidR="00DD6A72" w:rsidRPr="00100AB6" w14:paraId="2309BDFD" w14:textId="77777777" w:rsidTr="00451D95">
        <w:tc>
          <w:tcPr>
            <w:tcW w:w="5112" w:type="dxa"/>
          </w:tcPr>
          <w:p w14:paraId="4BC0B6EA" w14:textId="119B203B" w:rsidR="00DD6A72" w:rsidRPr="00100AB6" w:rsidRDefault="00AE4254">
            <w:pPr>
              <w:rPr>
                <w:rFonts w:ascii="Calibri" w:hAnsi="Calibri" w:cs="Calibri"/>
                <w:sz w:val="24"/>
                <w:szCs w:val="24"/>
              </w:rPr>
            </w:pPr>
            <w:sdt>
              <w:sdtPr>
                <w:rPr>
                  <w:rFonts w:ascii="Calibri" w:hAnsi="Calibri" w:cs="Calibri"/>
                  <w:sz w:val="24"/>
                  <w:szCs w:val="24"/>
                </w:rPr>
                <w:id w:val="-1084531956"/>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Any other White background</w:t>
            </w:r>
          </w:p>
        </w:tc>
        <w:tc>
          <w:tcPr>
            <w:tcW w:w="5112" w:type="dxa"/>
          </w:tcPr>
          <w:p w14:paraId="3B360926" w14:textId="77777777" w:rsidR="00DD6A72" w:rsidRPr="00100AB6" w:rsidRDefault="00DD6A72">
            <w:pPr>
              <w:rPr>
                <w:rFonts w:ascii="Calibri" w:hAnsi="Calibri" w:cs="Calibri"/>
                <w:sz w:val="24"/>
                <w:szCs w:val="24"/>
              </w:rPr>
            </w:pPr>
          </w:p>
        </w:tc>
      </w:tr>
    </w:tbl>
    <w:p w14:paraId="393130A6" w14:textId="7E8C22AC" w:rsidR="00DD6A72" w:rsidRPr="00100AB6" w:rsidRDefault="00DB4BD3">
      <w:pPr>
        <w:spacing w:before="80" w:after="40"/>
        <w:rPr>
          <w:rFonts w:ascii="Calibri" w:hAnsi="Calibri" w:cs="Calibri"/>
          <w:sz w:val="24"/>
          <w:szCs w:val="24"/>
        </w:rPr>
      </w:pPr>
      <w:r w:rsidRPr="00100AB6">
        <w:rPr>
          <w:rFonts w:ascii="Calibri" w:hAnsi="Calibri" w:cs="Calibri"/>
          <w:b/>
          <w:sz w:val="24"/>
          <w:szCs w:val="24"/>
        </w:rPr>
        <w:t>Other Ethnic Background</w:t>
      </w:r>
    </w:p>
    <w:tbl>
      <w:tblPr>
        <w:tblStyle w:val="TableGrid"/>
        <w:tblW w:w="0" w:type="auto"/>
        <w:tblLook w:val="04A0" w:firstRow="1" w:lastRow="0" w:firstColumn="1" w:lastColumn="0" w:noHBand="0" w:noVBand="1"/>
      </w:tblPr>
      <w:tblGrid>
        <w:gridCol w:w="10214"/>
      </w:tblGrid>
      <w:tr w:rsidR="00DD6A72" w:rsidRPr="00100AB6" w14:paraId="1AF88D87" w14:textId="77777777" w:rsidTr="00E745EE">
        <w:trPr>
          <w:trHeight w:val="1456"/>
        </w:trPr>
        <w:sdt>
          <w:sdtPr>
            <w:rPr>
              <w:rFonts w:ascii="Calibri" w:hAnsi="Calibri" w:cs="Calibri"/>
              <w:sz w:val="24"/>
              <w:szCs w:val="24"/>
            </w:rPr>
            <w:id w:val="-479460951"/>
            <w:placeholder>
              <w:docPart w:val="DefaultPlaceholder_-1854013440"/>
            </w:placeholder>
            <w:showingPlcHdr/>
          </w:sdtPr>
          <w:sdtEndPr/>
          <w:sdtContent>
            <w:tc>
              <w:tcPr>
                <w:tcW w:w="10224" w:type="dxa"/>
              </w:tcPr>
              <w:p w14:paraId="2F243456" w14:textId="7E5BCBC6" w:rsidR="00DD6A72" w:rsidRPr="00100AB6" w:rsidRDefault="00E745EE">
                <w:pPr>
                  <w:rPr>
                    <w:rFonts w:ascii="Calibri" w:hAnsi="Calibri" w:cs="Calibri"/>
                    <w:sz w:val="24"/>
                    <w:szCs w:val="24"/>
                  </w:rPr>
                </w:pPr>
                <w:r w:rsidRPr="00E745EE">
                  <w:rPr>
                    <w:rStyle w:val="PlaceholderText"/>
                    <w:sz w:val="24"/>
                    <w:szCs w:val="24"/>
                  </w:rPr>
                  <w:t>Click or tap here to enter text.</w:t>
                </w:r>
              </w:p>
            </w:tc>
          </w:sdtContent>
        </w:sdt>
      </w:tr>
    </w:tbl>
    <w:p w14:paraId="4C5A360E" w14:textId="77777777" w:rsidR="00DD6A72" w:rsidRPr="00100AB6" w:rsidRDefault="00DD6A72">
      <w:pPr>
        <w:spacing w:after="0"/>
        <w:rPr>
          <w:rFonts w:ascii="Calibri" w:hAnsi="Calibri" w:cs="Calibri"/>
          <w:sz w:val="24"/>
          <w:szCs w:val="24"/>
        </w:rPr>
      </w:pPr>
    </w:p>
    <w:p w14:paraId="3BD891E6" w14:textId="77777777" w:rsidR="00DD6A72" w:rsidRPr="00100AB6" w:rsidRDefault="00DB4BD3">
      <w:pPr>
        <w:spacing w:before="80" w:after="40"/>
        <w:rPr>
          <w:rFonts w:ascii="Calibri" w:hAnsi="Calibri" w:cs="Calibri"/>
          <w:sz w:val="24"/>
          <w:szCs w:val="24"/>
        </w:rPr>
      </w:pPr>
      <w:r w:rsidRPr="00100AB6">
        <w:rPr>
          <w:rFonts w:ascii="Calibri" w:hAnsi="Calibri" w:cs="Calibri"/>
          <w:b/>
          <w:sz w:val="24"/>
          <w:szCs w:val="24"/>
        </w:rPr>
        <w:t>Sexual orientation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5112"/>
      </w:tblGrid>
      <w:tr w:rsidR="00DD6A72" w:rsidRPr="00100AB6" w14:paraId="6CD84B03" w14:textId="77777777" w:rsidTr="00451D95">
        <w:tc>
          <w:tcPr>
            <w:tcW w:w="5112" w:type="dxa"/>
          </w:tcPr>
          <w:p w14:paraId="7E620416" w14:textId="3978EDE6" w:rsidR="00DD6A72" w:rsidRPr="00100AB6" w:rsidRDefault="00AE4254">
            <w:pPr>
              <w:rPr>
                <w:rFonts w:ascii="Calibri" w:hAnsi="Calibri" w:cs="Calibri"/>
                <w:sz w:val="24"/>
                <w:szCs w:val="24"/>
              </w:rPr>
            </w:pPr>
            <w:sdt>
              <w:sdtPr>
                <w:rPr>
                  <w:rFonts w:ascii="Calibri" w:hAnsi="Calibri" w:cs="Calibri"/>
                  <w:sz w:val="24"/>
                  <w:szCs w:val="24"/>
                </w:rPr>
                <w:id w:val="-703781994"/>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Heterosexual/Straight</w:t>
            </w:r>
          </w:p>
        </w:tc>
        <w:tc>
          <w:tcPr>
            <w:tcW w:w="5112" w:type="dxa"/>
          </w:tcPr>
          <w:p w14:paraId="1143B08A" w14:textId="328DB9C6" w:rsidR="00DD6A72" w:rsidRPr="00100AB6" w:rsidRDefault="00AE4254">
            <w:pPr>
              <w:rPr>
                <w:rFonts w:ascii="Calibri" w:hAnsi="Calibri" w:cs="Calibri"/>
                <w:sz w:val="24"/>
                <w:szCs w:val="24"/>
              </w:rPr>
            </w:pPr>
            <w:sdt>
              <w:sdtPr>
                <w:rPr>
                  <w:rFonts w:ascii="Calibri" w:hAnsi="Calibri" w:cs="Calibri"/>
                  <w:sz w:val="24"/>
                  <w:szCs w:val="24"/>
                </w:rPr>
                <w:id w:val="646400460"/>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Gay/Lesbian</w:t>
            </w:r>
          </w:p>
        </w:tc>
      </w:tr>
      <w:tr w:rsidR="00DD6A72" w:rsidRPr="00100AB6" w14:paraId="6786E18B" w14:textId="77777777" w:rsidTr="00451D95">
        <w:tc>
          <w:tcPr>
            <w:tcW w:w="5112" w:type="dxa"/>
          </w:tcPr>
          <w:p w14:paraId="40C2AABA" w14:textId="29E6EA69" w:rsidR="00DD6A72" w:rsidRPr="00100AB6" w:rsidRDefault="00AE4254">
            <w:pPr>
              <w:rPr>
                <w:rFonts w:ascii="Calibri" w:hAnsi="Calibri" w:cs="Calibri"/>
                <w:sz w:val="24"/>
                <w:szCs w:val="24"/>
              </w:rPr>
            </w:pPr>
            <w:sdt>
              <w:sdtPr>
                <w:rPr>
                  <w:rFonts w:ascii="Calibri" w:hAnsi="Calibri" w:cs="Calibri"/>
                  <w:sz w:val="24"/>
                  <w:szCs w:val="24"/>
                </w:rPr>
                <w:id w:val="1132053582"/>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Bisexual</w:t>
            </w:r>
          </w:p>
        </w:tc>
        <w:tc>
          <w:tcPr>
            <w:tcW w:w="5112" w:type="dxa"/>
          </w:tcPr>
          <w:p w14:paraId="071C6622" w14:textId="39893C44" w:rsidR="00DD6A72" w:rsidRPr="00100AB6" w:rsidRDefault="00AE4254">
            <w:pPr>
              <w:rPr>
                <w:rFonts w:ascii="Calibri" w:hAnsi="Calibri" w:cs="Calibri"/>
                <w:sz w:val="24"/>
                <w:szCs w:val="24"/>
              </w:rPr>
            </w:pPr>
            <w:sdt>
              <w:sdtPr>
                <w:rPr>
                  <w:rFonts w:ascii="Calibri" w:hAnsi="Calibri" w:cs="Calibri"/>
                  <w:sz w:val="24"/>
                  <w:szCs w:val="24"/>
                </w:rPr>
                <w:id w:val="1946877919"/>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Other</w:t>
            </w:r>
          </w:p>
        </w:tc>
      </w:tr>
      <w:tr w:rsidR="00DD6A72" w:rsidRPr="00100AB6" w14:paraId="036D61A1" w14:textId="77777777" w:rsidTr="00451D95">
        <w:tc>
          <w:tcPr>
            <w:tcW w:w="5112" w:type="dxa"/>
          </w:tcPr>
          <w:p w14:paraId="3C877E5E" w14:textId="4ED11604" w:rsidR="00DD6A72" w:rsidRPr="00100AB6" w:rsidRDefault="00AE4254">
            <w:pPr>
              <w:rPr>
                <w:rFonts w:ascii="Calibri" w:hAnsi="Calibri" w:cs="Calibri"/>
                <w:sz w:val="24"/>
                <w:szCs w:val="24"/>
              </w:rPr>
            </w:pPr>
            <w:sdt>
              <w:sdtPr>
                <w:rPr>
                  <w:rFonts w:ascii="Calibri" w:hAnsi="Calibri" w:cs="Calibri"/>
                  <w:sz w:val="24"/>
                  <w:szCs w:val="24"/>
                </w:rPr>
                <w:id w:val="-1575343162"/>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Prefer not to say</w:t>
            </w:r>
          </w:p>
        </w:tc>
        <w:tc>
          <w:tcPr>
            <w:tcW w:w="5112" w:type="dxa"/>
          </w:tcPr>
          <w:p w14:paraId="3507B311" w14:textId="77777777" w:rsidR="00DD6A72" w:rsidRPr="00100AB6" w:rsidRDefault="00DD6A72">
            <w:pPr>
              <w:rPr>
                <w:rFonts w:ascii="Calibri" w:hAnsi="Calibri" w:cs="Calibri"/>
                <w:sz w:val="24"/>
                <w:szCs w:val="24"/>
              </w:rPr>
            </w:pPr>
          </w:p>
        </w:tc>
      </w:tr>
    </w:tbl>
    <w:p w14:paraId="166ADA78" w14:textId="77777777" w:rsidR="00451D95" w:rsidRDefault="00451D95">
      <w:pPr>
        <w:spacing w:before="80" w:after="40"/>
        <w:rPr>
          <w:rFonts w:ascii="Calibri" w:hAnsi="Calibri" w:cs="Calibri"/>
          <w:b/>
          <w:sz w:val="24"/>
          <w:szCs w:val="24"/>
        </w:rPr>
      </w:pPr>
    </w:p>
    <w:p w14:paraId="406839A2" w14:textId="6493D54D" w:rsidR="00DD6A72" w:rsidRPr="00100AB6" w:rsidRDefault="00DB4BD3">
      <w:pPr>
        <w:spacing w:before="80" w:after="40"/>
        <w:rPr>
          <w:rFonts w:ascii="Calibri" w:hAnsi="Calibri" w:cs="Calibri"/>
          <w:sz w:val="24"/>
          <w:szCs w:val="24"/>
        </w:rPr>
      </w:pPr>
      <w:r w:rsidRPr="00100AB6">
        <w:rPr>
          <w:rFonts w:ascii="Calibri" w:hAnsi="Calibri" w:cs="Calibri"/>
          <w:b/>
          <w:sz w:val="24"/>
          <w:szCs w:val="24"/>
        </w:rPr>
        <w:t>Disability (select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5112"/>
      </w:tblGrid>
      <w:tr w:rsidR="00DD6A72" w:rsidRPr="00100AB6" w14:paraId="05B91802" w14:textId="77777777" w:rsidTr="00451D95">
        <w:tc>
          <w:tcPr>
            <w:tcW w:w="5112" w:type="dxa"/>
          </w:tcPr>
          <w:p w14:paraId="7977DDDB" w14:textId="5A190275" w:rsidR="00DD6A72" w:rsidRPr="00100AB6" w:rsidRDefault="00AE4254">
            <w:pPr>
              <w:rPr>
                <w:rFonts w:ascii="Calibri" w:hAnsi="Calibri" w:cs="Calibri"/>
                <w:sz w:val="24"/>
                <w:szCs w:val="24"/>
              </w:rPr>
            </w:pPr>
            <w:sdt>
              <w:sdtPr>
                <w:rPr>
                  <w:rFonts w:ascii="Calibri" w:hAnsi="Calibri" w:cs="Calibri"/>
                  <w:sz w:val="24"/>
                  <w:szCs w:val="24"/>
                </w:rPr>
                <w:id w:val="-1090693831"/>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No impairment</w:t>
            </w:r>
          </w:p>
        </w:tc>
        <w:tc>
          <w:tcPr>
            <w:tcW w:w="5112" w:type="dxa"/>
          </w:tcPr>
          <w:p w14:paraId="06870AE1" w14:textId="425C1A37" w:rsidR="00DD6A72" w:rsidRPr="00100AB6" w:rsidRDefault="00AE4254">
            <w:pPr>
              <w:rPr>
                <w:rFonts w:ascii="Calibri" w:hAnsi="Calibri" w:cs="Calibri"/>
                <w:sz w:val="24"/>
                <w:szCs w:val="24"/>
              </w:rPr>
            </w:pPr>
            <w:sdt>
              <w:sdtPr>
                <w:rPr>
                  <w:rFonts w:ascii="Calibri" w:hAnsi="Calibri" w:cs="Calibri"/>
                  <w:sz w:val="24"/>
                  <w:szCs w:val="24"/>
                </w:rPr>
                <w:id w:val="-1812623495"/>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Learning disability</w:t>
            </w:r>
          </w:p>
        </w:tc>
      </w:tr>
      <w:tr w:rsidR="00DD6A72" w:rsidRPr="00100AB6" w14:paraId="585F92DF" w14:textId="77777777" w:rsidTr="00451D95">
        <w:tc>
          <w:tcPr>
            <w:tcW w:w="5112" w:type="dxa"/>
          </w:tcPr>
          <w:p w14:paraId="28DAB608" w14:textId="763992A5" w:rsidR="00DD6A72" w:rsidRPr="00100AB6" w:rsidRDefault="00AE4254">
            <w:pPr>
              <w:rPr>
                <w:rFonts w:ascii="Calibri" w:hAnsi="Calibri" w:cs="Calibri"/>
                <w:sz w:val="24"/>
                <w:szCs w:val="24"/>
              </w:rPr>
            </w:pPr>
            <w:sdt>
              <w:sdtPr>
                <w:rPr>
                  <w:rFonts w:ascii="Calibri" w:hAnsi="Calibri" w:cs="Calibri"/>
                  <w:sz w:val="24"/>
                  <w:szCs w:val="24"/>
                </w:rPr>
                <w:id w:val="-1688517706"/>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Physical disability or difficulty</w:t>
            </w:r>
          </w:p>
        </w:tc>
        <w:tc>
          <w:tcPr>
            <w:tcW w:w="5112" w:type="dxa"/>
          </w:tcPr>
          <w:p w14:paraId="69861850" w14:textId="378BAAC9" w:rsidR="00DD6A72" w:rsidRPr="00100AB6" w:rsidRDefault="00AE4254">
            <w:pPr>
              <w:rPr>
                <w:rFonts w:ascii="Calibri" w:hAnsi="Calibri" w:cs="Calibri"/>
                <w:sz w:val="24"/>
                <w:szCs w:val="24"/>
              </w:rPr>
            </w:pPr>
            <w:sdt>
              <w:sdtPr>
                <w:rPr>
                  <w:rFonts w:ascii="Calibri" w:hAnsi="Calibri" w:cs="Calibri"/>
                  <w:sz w:val="24"/>
                  <w:szCs w:val="24"/>
                </w:rPr>
                <w:id w:val="1182096735"/>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Visual impairment</w:t>
            </w:r>
          </w:p>
        </w:tc>
      </w:tr>
      <w:tr w:rsidR="00DD6A72" w:rsidRPr="00100AB6" w14:paraId="02E118DD" w14:textId="77777777" w:rsidTr="00451D95">
        <w:tc>
          <w:tcPr>
            <w:tcW w:w="5112" w:type="dxa"/>
          </w:tcPr>
          <w:p w14:paraId="65925EBC" w14:textId="29055480" w:rsidR="00DD6A72" w:rsidRPr="00100AB6" w:rsidRDefault="00AE4254">
            <w:pPr>
              <w:rPr>
                <w:rFonts w:ascii="Calibri" w:hAnsi="Calibri" w:cs="Calibri"/>
                <w:sz w:val="24"/>
                <w:szCs w:val="24"/>
              </w:rPr>
            </w:pPr>
            <w:sdt>
              <w:sdtPr>
                <w:rPr>
                  <w:rFonts w:ascii="Calibri" w:hAnsi="Calibri" w:cs="Calibri"/>
                  <w:sz w:val="24"/>
                  <w:szCs w:val="24"/>
                </w:rPr>
                <w:id w:val="902330571"/>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Hearing impairment</w:t>
            </w:r>
          </w:p>
        </w:tc>
        <w:tc>
          <w:tcPr>
            <w:tcW w:w="5112" w:type="dxa"/>
          </w:tcPr>
          <w:p w14:paraId="3B493773" w14:textId="54C893E6" w:rsidR="00DD6A72" w:rsidRPr="00100AB6" w:rsidRDefault="00AE4254">
            <w:pPr>
              <w:rPr>
                <w:rFonts w:ascii="Calibri" w:hAnsi="Calibri" w:cs="Calibri"/>
                <w:sz w:val="24"/>
                <w:szCs w:val="24"/>
              </w:rPr>
            </w:pPr>
            <w:sdt>
              <w:sdtPr>
                <w:rPr>
                  <w:rFonts w:ascii="Calibri" w:hAnsi="Calibri" w:cs="Calibri"/>
                  <w:sz w:val="24"/>
                  <w:szCs w:val="24"/>
                </w:rPr>
                <w:id w:val="1369414493"/>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Dual sensory loss</w:t>
            </w:r>
          </w:p>
        </w:tc>
      </w:tr>
      <w:tr w:rsidR="00DD6A72" w:rsidRPr="00100AB6" w14:paraId="3E928BFE" w14:textId="77777777" w:rsidTr="00451D95">
        <w:tc>
          <w:tcPr>
            <w:tcW w:w="5112" w:type="dxa"/>
          </w:tcPr>
          <w:p w14:paraId="108380D9" w14:textId="70889A5B" w:rsidR="00DD6A72" w:rsidRPr="00100AB6" w:rsidRDefault="00AE4254" w:rsidP="00451D95">
            <w:pPr>
              <w:ind w:left="323" w:hanging="323"/>
              <w:rPr>
                <w:rFonts w:ascii="Calibri" w:hAnsi="Calibri" w:cs="Calibri"/>
                <w:sz w:val="24"/>
                <w:szCs w:val="24"/>
              </w:rPr>
            </w:pPr>
            <w:sdt>
              <w:sdtPr>
                <w:rPr>
                  <w:rFonts w:ascii="Calibri" w:hAnsi="Calibri" w:cs="Calibri"/>
                  <w:sz w:val="24"/>
                  <w:szCs w:val="24"/>
                </w:rPr>
                <w:id w:val="-1718270643"/>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Neurodiverse condition (e.g. Autism Spectrum, ADHD)</w:t>
            </w:r>
          </w:p>
        </w:tc>
        <w:tc>
          <w:tcPr>
            <w:tcW w:w="5112" w:type="dxa"/>
          </w:tcPr>
          <w:p w14:paraId="1FF2BEE8" w14:textId="099E3973" w:rsidR="00DD6A72" w:rsidRPr="00100AB6" w:rsidRDefault="00AE4254">
            <w:pPr>
              <w:rPr>
                <w:rFonts w:ascii="Calibri" w:hAnsi="Calibri" w:cs="Calibri"/>
                <w:sz w:val="24"/>
                <w:szCs w:val="24"/>
              </w:rPr>
            </w:pPr>
            <w:sdt>
              <w:sdtPr>
                <w:rPr>
                  <w:rFonts w:ascii="Calibri" w:hAnsi="Calibri" w:cs="Calibri"/>
                  <w:sz w:val="24"/>
                  <w:szCs w:val="24"/>
                </w:rPr>
                <w:id w:val="-1548597151"/>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Long-term illness or chronic condition</w:t>
            </w:r>
          </w:p>
        </w:tc>
      </w:tr>
      <w:tr w:rsidR="00DD6A72" w:rsidRPr="00100AB6" w14:paraId="32D2C6EA" w14:textId="77777777" w:rsidTr="00451D95">
        <w:tc>
          <w:tcPr>
            <w:tcW w:w="5112" w:type="dxa"/>
          </w:tcPr>
          <w:p w14:paraId="17117494" w14:textId="1962AA9B" w:rsidR="00DD6A72" w:rsidRPr="00100AB6" w:rsidRDefault="00AE4254">
            <w:pPr>
              <w:rPr>
                <w:rFonts w:ascii="Calibri" w:hAnsi="Calibri" w:cs="Calibri"/>
                <w:sz w:val="24"/>
                <w:szCs w:val="24"/>
              </w:rPr>
            </w:pPr>
            <w:sdt>
              <w:sdtPr>
                <w:rPr>
                  <w:rFonts w:ascii="Calibri" w:hAnsi="Calibri" w:cs="Calibri"/>
                  <w:sz w:val="24"/>
                  <w:szCs w:val="24"/>
                </w:rPr>
                <w:id w:val="118037609"/>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Other</w:t>
            </w:r>
          </w:p>
        </w:tc>
        <w:tc>
          <w:tcPr>
            <w:tcW w:w="5112" w:type="dxa"/>
          </w:tcPr>
          <w:p w14:paraId="13B21B6C" w14:textId="1066FBC7" w:rsidR="00DD6A72" w:rsidRPr="00100AB6" w:rsidRDefault="00AE4254">
            <w:pPr>
              <w:rPr>
                <w:rFonts w:ascii="Calibri" w:hAnsi="Calibri" w:cs="Calibri"/>
                <w:sz w:val="24"/>
                <w:szCs w:val="24"/>
              </w:rPr>
            </w:pPr>
            <w:sdt>
              <w:sdtPr>
                <w:rPr>
                  <w:rFonts w:ascii="Calibri" w:hAnsi="Calibri" w:cs="Calibri"/>
                  <w:sz w:val="24"/>
                  <w:szCs w:val="24"/>
                </w:rPr>
                <w:id w:val="1068923382"/>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Prefer not to say</w:t>
            </w:r>
          </w:p>
        </w:tc>
      </w:tr>
    </w:tbl>
    <w:p w14:paraId="571681D4" w14:textId="1BA082EA" w:rsidR="00DD6A72" w:rsidRPr="00100AB6" w:rsidRDefault="00564067">
      <w:pPr>
        <w:spacing w:before="80" w:after="40"/>
        <w:rPr>
          <w:rFonts w:ascii="Calibri" w:hAnsi="Calibri" w:cs="Calibri"/>
          <w:sz w:val="24"/>
          <w:szCs w:val="24"/>
        </w:rPr>
      </w:pPr>
      <w:r>
        <w:rPr>
          <w:rFonts w:ascii="Calibri" w:hAnsi="Calibri" w:cs="Calibri"/>
          <w:b/>
          <w:sz w:val="24"/>
          <w:szCs w:val="24"/>
        </w:rPr>
        <w:t>If Other, l</w:t>
      </w:r>
      <w:r w:rsidR="00DB4BD3" w:rsidRPr="00100AB6">
        <w:rPr>
          <w:rFonts w:ascii="Calibri" w:hAnsi="Calibri" w:cs="Calibri"/>
          <w:b/>
          <w:sz w:val="24"/>
          <w:szCs w:val="24"/>
        </w:rPr>
        <w:t>ist your additional disabilities</w:t>
      </w:r>
    </w:p>
    <w:tbl>
      <w:tblPr>
        <w:tblStyle w:val="TableGrid"/>
        <w:tblW w:w="0" w:type="auto"/>
        <w:tblLook w:val="04A0" w:firstRow="1" w:lastRow="0" w:firstColumn="1" w:lastColumn="0" w:noHBand="0" w:noVBand="1"/>
      </w:tblPr>
      <w:tblGrid>
        <w:gridCol w:w="10214"/>
      </w:tblGrid>
      <w:tr w:rsidR="00DD6A72" w:rsidRPr="00100AB6" w14:paraId="5965B3B5" w14:textId="77777777" w:rsidTr="00687293">
        <w:trPr>
          <w:trHeight w:val="1133"/>
        </w:trPr>
        <w:sdt>
          <w:sdtPr>
            <w:rPr>
              <w:rFonts w:ascii="Calibri" w:hAnsi="Calibri" w:cs="Calibri"/>
              <w:sz w:val="24"/>
              <w:szCs w:val="24"/>
            </w:rPr>
            <w:id w:val="-1851324725"/>
            <w:placeholder>
              <w:docPart w:val="DefaultPlaceholder_-1854013440"/>
            </w:placeholder>
            <w:showingPlcHdr/>
          </w:sdtPr>
          <w:sdtEndPr/>
          <w:sdtContent>
            <w:tc>
              <w:tcPr>
                <w:tcW w:w="10224" w:type="dxa"/>
              </w:tcPr>
              <w:p w14:paraId="157F8D8A" w14:textId="68DEFF68" w:rsidR="00DD6A72" w:rsidRPr="00100AB6" w:rsidRDefault="00687293">
                <w:pPr>
                  <w:rPr>
                    <w:rFonts w:ascii="Calibri" w:hAnsi="Calibri" w:cs="Calibri"/>
                    <w:sz w:val="24"/>
                    <w:szCs w:val="24"/>
                  </w:rPr>
                </w:pPr>
                <w:r w:rsidRPr="00687293">
                  <w:rPr>
                    <w:rStyle w:val="PlaceholderText"/>
                    <w:sz w:val="24"/>
                    <w:szCs w:val="24"/>
                  </w:rPr>
                  <w:t>Click or tap here to enter text.</w:t>
                </w:r>
              </w:p>
            </w:tc>
          </w:sdtContent>
        </w:sdt>
      </w:tr>
    </w:tbl>
    <w:p w14:paraId="2DAC1905" w14:textId="77777777" w:rsidR="00DD6A72" w:rsidRPr="00100AB6" w:rsidRDefault="00DD6A72">
      <w:pPr>
        <w:spacing w:after="0"/>
        <w:rPr>
          <w:rFonts w:ascii="Calibri" w:hAnsi="Calibri" w:cs="Calibri"/>
          <w:sz w:val="24"/>
          <w:szCs w:val="24"/>
        </w:rPr>
      </w:pPr>
    </w:p>
    <w:p w14:paraId="3E48AEBB" w14:textId="77777777" w:rsidR="00DD6A72" w:rsidRPr="00687293" w:rsidRDefault="00DB4BD3">
      <w:pPr>
        <w:spacing w:before="80" w:after="40"/>
        <w:rPr>
          <w:rFonts w:ascii="Calibri" w:hAnsi="Calibri" w:cs="Calibri"/>
          <w:sz w:val="24"/>
          <w:szCs w:val="24"/>
        </w:rPr>
      </w:pPr>
      <w:r w:rsidRPr="00100AB6">
        <w:rPr>
          <w:rFonts w:ascii="Calibri" w:hAnsi="Calibri" w:cs="Calibri"/>
          <w:b/>
          <w:sz w:val="24"/>
          <w:szCs w:val="24"/>
        </w:rPr>
        <w:t>Are you a carer?</w:t>
      </w:r>
    </w:p>
    <w:tbl>
      <w:tblPr>
        <w:tblW w:w="0" w:type="auto"/>
        <w:tblLook w:val="04A0" w:firstRow="1" w:lastRow="0" w:firstColumn="1" w:lastColumn="0" w:noHBand="0" w:noVBand="1"/>
      </w:tblPr>
      <w:tblGrid>
        <w:gridCol w:w="5112"/>
        <w:gridCol w:w="5112"/>
      </w:tblGrid>
      <w:tr w:rsidR="00DD6A72" w:rsidRPr="00100AB6" w14:paraId="2DD03516" w14:textId="77777777">
        <w:tc>
          <w:tcPr>
            <w:tcW w:w="5112" w:type="dxa"/>
            <w:vAlign w:val="center"/>
          </w:tcPr>
          <w:p w14:paraId="05641494" w14:textId="1E0AF7CF" w:rsidR="00DD6A72" w:rsidRPr="00100AB6" w:rsidRDefault="00AE4254">
            <w:pPr>
              <w:rPr>
                <w:rFonts w:ascii="Calibri" w:hAnsi="Calibri" w:cs="Calibri"/>
                <w:sz w:val="24"/>
                <w:szCs w:val="24"/>
              </w:rPr>
            </w:pPr>
            <w:sdt>
              <w:sdtPr>
                <w:rPr>
                  <w:rFonts w:ascii="Calibri" w:hAnsi="Calibri" w:cs="Calibri"/>
                  <w:sz w:val="24"/>
                  <w:szCs w:val="24"/>
                </w:rPr>
                <w:id w:val="-1945530291"/>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Yes</w:t>
            </w:r>
          </w:p>
        </w:tc>
        <w:tc>
          <w:tcPr>
            <w:tcW w:w="5112" w:type="dxa"/>
            <w:vAlign w:val="center"/>
          </w:tcPr>
          <w:p w14:paraId="6B7620AB" w14:textId="6437F406" w:rsidR="00DD6A72" w:rsidRPr="00100AB6" w:rsidRDefault="00AE4254">
            <w:pPr>
              <w:rPr>
                <w:rFonts w:ascii="Calibri" w:hAnsi="Calibri" w:cs="Calibri"/>
                <w:sz w:val="24"/>
                <w:szCs w:val="24"/>
              </w:rPr>
            </w:pPr>
            <w:sdt>
              <w:sdtPr>
                <w:rPr>
                  <w:rFonts w:ascii="Calibri" w:hAnsi="Calibri" w:cs="Calibri"/>
                  <w:sz w:val="24"/>
                  <w:szCs w:val="24"/>
                </w:rPr>
                <w:id w:val="-1568259100"/>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100AB6">
              <w:rPr>
                <w:rFonts w:ascii="Calibri" w:hAnsi="Calibri" w:cs="Calibri"/>
                <w:sz w:val="24"/>
                <w:szCs w:val="24"/>
              </w:rPr>
              <w:t xml:space="preserve"> No</w:t>
            </w:r>
          </w:p>
        </w:tc>
      </w:tr>
    </w:tbl>
    <w:p w14:paraId="0D822951" w14:textId="77777777" w:rsidR="00DD6A72" w:rsidRPr="00100AB6" w:rsidRDefault="00DB4BD3">
      <w:pPr>
        <w:spacing w:before="80" w:after="40"/>
        <w:rPr>
          <w:rFonts w:ascii="Calibri" w:hAnsi="Calibri" w:cs="Calibri"/>
          <w:sz w:val="24"/>
          <w:szCs w:val="24"/>
        </w:rPr>
      </w:pPr>
      <w:r w:rsidRPr="00100AB6">
        <w:rPr>
          <w:rFonts w:ascii="Calibri" w:hAnsi="Calibri" w:cs="Calibri"/>
          <w:b/>
          <w:sz w:val="24"/>
          <w:szCs w:val="24"/>
        </w:rPr>
        <w:t>Please provide any information you are comfortable sharing in relation to being a carer.</w:t>
      </w:r>
    </w:p>
    <w:tbl>
      <w:tblPr>
        <w:tblStyle w:val="TableGrid"/>
        <w:tblW w:w="0" w:type="auto"/>
        <w:tblLook w:val="04A0" w:firstRow="1" w:lastRow="0" w:firstColumn="1" w:lastColumn="0" w:noHBand="0" w:noVBand="1"/>
      </w:tblPr>
      <w:tblGrid>
        <w:gridCol w:w="10214"/>
      </w:tblGrid>
      <w:tr w:rsidR="00DD6A72" w:rsidRPr="00100AB6" w14:paraId="6E28564F" w14:textId="77777777" w:rsidTr="00F21821">
        <w:trPr>
          <w:trHeight w:val="2036"/>
        </w:trPr>
        <w:sdt>
          <w:sdtPr>
            <w:rPr>
              <w:rFonts w:ascii="Calibri" w:hAnsi="Calibri" w:cs="Calibri"/>
              <w:sz w:val="24"/>
              <w:szCs w:val="24"/>
            </w:rPr>
            <w:id w:val="-127004277"/>
            <w:placeholder>
              <w:docPart w:val="DefaultPlaceholder_-1854013440"/>
            </w:placeholder>
            <w:showingPlcHdr/>
          </w:sdtPr>
          <w:sdtEndPr/>
          <w:sdtContent>
            <w:tc>
              <w:tcPr>
                <w:tcW w:w="10214" w:type="dxa"/>
              </w:tcPr>
              <w:p w14:paraId="5577C0B2" w14:textId="24547C39" w:rsidR="00DD6A72" w:rsidRPr="00100AB6" w:rsidRDefault="00687293">
                <w:pPr>
                  <w:rPr>
                    <w:rFonts w:ascii="Calibri" w:hAnsi="Calibri" w:cs="Calibri"/>
                    <w:sz w:val="24"/>
                    <w:szCs w:val="24"/>
                  </w:rPr>
                </w:pPr>
                <w:r w:rsidRPr="00687293">
                  <w:rPr>
                    <w:rStyle w:val="PlaceholderText"/>
                    <w:sz w:val="24"/>
                    <w:szCs w:val="24"/>
                  </w:rPr>
                  <w:t>Click or tap here to enter text.</w:t>
                </w:r>
              </w:p>
            </w:tc>
          </w:sdtContent>
        </w:sdt>
      </w:tr>
    </w:tbl>
    <w:p w14:paraId="48AF6BE4" w14:textId="77777777" w:rsidR="00DD6A72" w:rsidRDefault="00DD6A72">
      <w:pPr>
        <w:spacing w:after="0"/>
        <w:rPr>
          <w:rFonts w:ascii="Calibri" w:hAnsi="Calibri" w:cs="Calibri"/>
        </w:rPr>
      </w:pPr>
    </w:p>
    <w:p w14:paraId="2202130B" w14:textId="77777777" w:rsidR="00564067" w:rsidRPr="00A62612" w:rsidRDefault="00564067">
      <w:pPr>
        <w:spacing w:after="0"/>
        <w:rPr>
          <w:rFonts w:ascii="Calibri" w:hAnsi="Calibri" w:cs="Calibri"/>
        </w:rPr>
      </w:pPr>
    </w:p>
    <w:p w14:paraId="0CCAF2CE" w14:textId="77777777" w:rsidR="00DD6A72" w:rsidRPr="00A8158D" w:rsidRDefault="00DB4BD3">
      <w:pPr>
        <w:spacing w:before="160" w:after="80"/>
        <w:rPr>
          <w:rFonts w:ascii="Calibri" w:hAnsi="Calibri" w:cs="Calibri"/>
          <w:color w:val="365F91" w:themeColor="accent1" w:themeShade="BF"/>
        </w:rPr>
      </w:pPr>
      <w:r w:rsidRPr="00A8158D">
        <w:rPr>
          <w:rFonts w:ascii="Calibri" w:hAnsi="Calibri" w:cs="Calibri"/>
          <w:b/>
          <w:color w:val="365F91" w:themeColor="accent1" w:themeShade="BF"/>
          <w:sz w:val="28"/>
        </w:rPr>
        <w:t>6. Marketing Preferences</w:t>
      </w:r>
    </w:p>
    <w:p w14:paraId="60D18EAB" w14:textId="77777777" w:rsidR="00DD6A72" w:rsidRPr="00687293" w:rsidRDefault="00DB4BD3">
      <w:pPr>
        <w:rPr>
          <w:rFonts w:ascii="Calibri" w:hAnsi="Calibri" w:cs="Calibri"/>
          <w:sz w:val="24"/>
          <w:szCs w:val="24"/>
        </w:rPr>
      </w:pPr>
      <w:r w:rsidRPr="00687293">
        <w:rPr>
          <w:rFonts w:ascii="Calibri" w:hAnsi="Calibri" w:cs="Calibri"/>
          <w:sz w:val="24"/>
          <w:szCs w:val="24"/>
        </w:rPr>
        <w:t>We'd like to understand how you connected with our service and whether you'd like to stay informed about our work. You can choose what information to share and whether you'd like to receive communications from us.</w:t>
      </w:r>
    </w:p>
    <w:p w14:paraId="625B1B0C" w14:textId="77777777" w:rsidR="00DD6A72" w:rsidRPr="00687293" w:rsidRDefault="00DB4BD3">
      <w:pPr>
        <w:spacing w:before="80" w:after="40"/>
        <w:rPr>
          <w:rFonts w:ascii="Calibri" w:hAnsi="Calibri" w:cs="Calibri"/>
          <w:sz w:val="24"/>
          <w:szCs w:val="24"/>
        </w:rPr>
      </w:pPr>
      <w:r w:rsidRPr="00687293">
        <w:rPr>
          <w:rFonts w:ascii="Calibri" w:hAnsi="Calibri" w:cs="Calibri"/>
          <w:b/>
          <w:sz w:val="24"/>
          <w:szCs w:val="24"/>
        </w:rPr>
        <w:t>How did you hear about 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5112"/>
      </w:tblGrid>
      <w:tr w:rsidR="00DD6A72" w:rsidRPr="00687293" w14:paraId="7E4D1969" w14:textId="77777777" w:rsidTr="00564067">
        <w:tc>
          <w:tcPr>
            <w:tcW w:w="5112" w:type="dxa"/>
          </w:tcPr>
          <w:p w14:paraId="5C298EE6" w14:textId="2F99FA4A" w:rsidR="00DD6A72" w:rsidRPr="00687293" w:rsidRDefault="00AE4254">
            <w:pPr>
              <w:rPr>
                <w:rFonts w:ascii="Calibri" w:hAnsi="Calibri" w:cs="Calibri"/>
                <w:sz w:val="24"/>
                <w:szCs w:val="24"/>
              </w:rPr>
            </w:pPr>
            <w:sdt>
              <w:sdtPr>
                <w:rPr>
                  <w:rFonts w:ascii="Calibri" w:hAnsi="Calibri" w:cs="Calibri"/>
                  <w:sz w:val="24"/>
                  <w:szCs w:val="24"/>
                </w:rPr>
                <w:id w:val="-359589158"/>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Another charity or voluntary organisation</w:t>
            </w:r>
          </w:p>
        </w:tc>
        <w:tc>
          <w:tcPr>
            <w:tcW w:w="5112" w:type="dxa"/>
          </w:tcPr>
          <w:p w14:paraId="415BEAD7" w14:textId="15AAB379" w:rsidR="00DD6A72" w:rsidRPr="00687293" w:rsidRDefault="00AE4254">
            <w:pPr>
              <w:rPr>
                <w:rFonts w:ascii="Calibri" w:hAnsi="Calibri" w:cs="Calibri"/>
                <w:sz w:val="24"/>
                <w:szCs w:val="24"/>
              </w:rPr>
            </w:pPr>
            <w:sdt>
              <w:sdtPr>
                <w:rPr>
                  <w:rFonts w:ascii="Calibri" w:hAnsi="Calibri" w:cs="Calibri"/>
                  <w:sz w:val="24"/>
                  <w:szCs w:val="24"/>
                </w:rPr>
                <w:id w:val="568844070"/>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Charity event</w:t>
            </w:r>
          </w:p>
        </w:tc>
      </w:tr>
      <w:tr w:rsidR="00DD6A72" w:rsidRPr="00687293" w14:paraId="3E7F6E13" w14:textId="77777777" w:rsidTr="00564067">
        <w:tc>
          <w:tcPr>
            <w:tcW w:w="5112" w:type="dxa"/>
          </w:tcPr>
          <w:p w14:paraId="6ED4D325" w14:textId="0264D098" w:rsidR="00DD6A72" w:rsidRPr="00687293" w:rsidRDefault="00AE4254">
            <w:pPr>
              <w:rPr>
                <w:rFonts w:ascii="Calibri" w:hAnsi="Calibri" w:cs="Calibri"/>
                <w:sz w:val="24"/>
                <w:szCs w:val="24"/>
              </w:rPr>
            </w:pPr>
            <w:sdt>
              <w:sdtPr>
                <w:rPr>
                  <w:rFonts w:ascii="Calibri" w:hAnsi="Calibri" w:cs="Calibri"/>
                  <w:sz w:val="24"/>
                  <w:szCs w:val="24"/>
                </w:rPr>
                <w:id w:val="1391695087"/>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Community group or event</w:t>
            </w:r>
          </w:p>
        </w:tc>
        <w:tc>
          <w:tcPr>
            <w:tcW w:w="5112" w:type="dxa"/>
          </w:tcPr>
          <w:p w14:paraId="75B511F9" w14:textId="217AEA24" w:rsidR="00DD6A72" w:rsidRPr="00687293" w:rsidRDefault="00AE4254">
            <w:pPr>
              <w:rPr>
                <w:rFonts w:ascii="Calibri" w:hAnsi="Calibri" w:cs="Calibri"/>
                <w:sz w:val="24"/>
                <w:szCs w:val="24"/>
              </w:rPr>
            </w:pPr>
            <w:sdt>
              <w:sdtPr>
                <w:rPr>
                  <w:rFonts w:ascii="Calibri" w:hAnsi="Calibri" w:cs="Calibri"/>
                  <w:sz w:val="24"/>
                  <w:szCs w:val="24"/>
                </w:rPr>
                <w:id w:val="608327520"/>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Email or newsletter</w:t>
            </w:r>
          </w:p>
        </w:tc>
      </w:tr>
      <w:tr w:rsidR="00DD6A72" w:rsidRPr="00687293" w14:paraId="6766F79D" w14:textId="77777777" w:rsidTr="00564067">
        <w:tc>
          <w:tcPr>
            <w:tcW w:w="5112" w:type="dxa"/>
          </w:tcPr>
          <w:p w14:paraId="39AEA90B" w14:textId="4DDAA343" w:rsidR="00DD6A72" w:rsidRPr="00687293" w:rsidRDefault="00AE4254" w:rsidP="00564067">
            <w:pPr>
              <w:ind w:left="323" w:hanging="323"/>
              <w:rPr>
                <w:rFonts w:ascii="Calibri" w:hAnsi="Calibri" w:cs="Calibri"/>
                <w:sz w:val="24"/>
                <w:szCs w:val="24"/>
              </w:rPr>
            </w:pPr>
            <w:sdt>
              <w:sdtPr>
                <w:rPr>
                  <w:rFonts w:ascii="Calibri" w:hAnsi="Calibri" w:cs="Calibri"/>
                  <w:sz w:val="24"/>
                  <w:szCs w:val="24"/>
                </w:rPr>
                <w:id w:val="1113246300"/>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Word of mouth (Friend or family recommendation)</w:t>
            </w:r>
          </w:p>
        </w:tc>
        <w:tc>
          <w:tcPr>
            <w:tcW w:w="5112" w:type="dxa"/>
          </w:tcPr>
          <w:p w14:paraId="7C97D22D" w14:textId="41C97CE8" w:rsidR="00DD6A72" w:rsidRPr="00687293" w:rsidRDefault="00AE4254">
            <w:pPr>
              <w:rPr>
                <w:rFonts w:ascii="Calibri" w:hAnsi="Calibri" w:cs="Calibri"/>
                <w:sz w:val="24"/>
                <w:szCs w:val="24"/>
              </w:rPr>
            </w:pPr>
            <w:sdt>
              <w:sdtPr>
                <w:rPr>
                  <w:rFonts w:ascii="Calibri" w:hAnsi="Calibri" w:cs="Calibri"/>
                  <w:sz w:val="24"/>
                  <w:szCs w:val="24"/>
                </w:rPr>
                <w:id w:val="384993532"/>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Healthcare professional or support worker</w:t>
            </w:r>
          </w:p>
        </w:tc>
      </w:tr>
      <w:tr w:rsidR="00DD6A72" w:rsidRPr="00687293" w14:paraId="06FD2A6C" w14:textId="77777777" w:rsidTr="00564067">
        <w:tc>
          <w:tcPr>
            <w:tcW w:w="5112" w:type="dxa"/>
          </w:tcPr>
          <w:p w14:paraId="74363832" w14:textId="638D72B9" w:rsidR="00DD6A72" w:rsidRPr="00687293" w:rsidRDefault="00AE4254">
            <w:pPr>
              <w:rPr>
                <w:rFonts w:ascii="Calibri" w:hAnsi="Calibri" w:cs="Calibri"/>
                <w:sz w:val="24"/>
                <w:szCs w:val="24"/>
              </w:rPr>
            </w:pPr>
            <w:sdt>
              <w:sdtPr>
                <w:rPr>
                  <w:rFonts w:ascii="Calibri" w:hAnsi="Calibri" w:cs="Calibri"/>
                  <w:sz w:val="24"/>
                  <w:szCs w:val="24"/>
                </w:rPr>
                <w:id w:val="-1624219684"/>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Our website</w:t>
            </w:r>
          </w:p>
        </w:tc>
        <w:tc>
          <w:tcPr>
            <w:tcW w:w="5112" w:type="dxa"/>
          </w:tcPr>
          <w:p w14:paraId="5F16C129" w14:textId="4D359081" w:rsidR="00DD6A72" w:rsidRPr="00687293" w:rsidRDefault="00AE4254">
            <w:pPr>
              <w:rPr>
                <w:rFonts w:ascii="Calibri" w:hAnsi="Calibri" w:cs="Calibri"/>
                <w:sz w:val="24"/>
                <w:szCs w:val="24"/>
              </w:rPr>
            </w:pPr>
            <w:sdt>
              <w:sdtPr>
                <w:rPr>
                  <w:rFonts w:ascii="Calibri" w:hAnsi="Calibri" w:cs="Calibri"/>
                  <w:sz w:val="24"/>
                  <w:szCs w:val="24"/>
                </w:rPr>
                <w:id w:val="-1327590350"/>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Poster or leaflet</w:t>
            </w:r>
          </w:p>
        </w:tc>
      </w:tr>
      <w:tr w:rsidR="00DD6A72" w:rsidRPr="00687293" w14:paraId="692B0E03" w14:textId="77777777" w:rsidTr="00564067">
        <w:tc>
          <w:tcPr>
            <w:tcW w:w="5112" w:type="dxa"/>
          </w:tcPr>
          <w:p w14:paraId="3951339F" w14:textId="126439C0" w:rsidR="00DD6A72" w:rsidRPr="00687293" w:rsidRDefault="00AE4254">
            <w:pPr>
              <w:rPr>
                <w:rFonts w:ascii="Calibri" w:hAnsi="Calibri" w:cs="Calibri"/>
                <w:sz w:val="24"/>
                <w:szCs w:val="24"/>
              </w:rPr>
            </w:pPr>
            <w:sdt>
              <w:sdtPr>
                <w:rPr>
                  <w:rFonts w:ascii="Calibri" w:hAnsi="Calibri" w:cs="Calibri"/>
                  <w:sz w:val="24"/>
                  <w:szCs w:val="24"/>
                </w:rPr>
                <w:id w:val="1714225057"/>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Search engine (e.g. Google, Bing)</w:t>
            </w:r>
          </w:p>
        </w:tc>
        <w:tc>
          <w:tcPr>
            <w:tcW w:w="5112" w:type="dxa"/>
          </w:tcPr>
          <w:p w14:paraId="7B36320D" w14:textId="531956D8" w:rsidR="00DD6A72" w:rsidRPr="00687293" w:rsidRDefault="00AE4254">
            <w:pPr>
              <w:rPr>
                <w:rFonts w:ascii="Calibri" w:hAnsi="Calibri" w:cs="Calibri"/>
                <w:sz w:val="24"/>
                <w:szCs w:val="24"/>
              </w:rPr>
            </w:pPr>
            <w:sdt>
              <w:sdtPr>
                <w:rPr>
                  <w:rFonts w:ascii="Calibri" w:hAnsi="Calibri" w:cs="Calibri"/>
                  <w:sz w:val="24"/>
                  <w:szCs w:val="24"/>
                </w:rPr>
                <w:id w:val="227279678"/>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Social media</w:t>
            </w:r>
          </w:p>
        </w:tc>
      </w:tr>
      <w:tr w:rsidR="00DD6A72" w:rsidRPr="00687293" w14:paraId="75A29BE0" w14:textId="77777777" w:rsidTr="00564067">
        <w:tc>
          <w:tcPr>
            <w:tcW w:w="5112" w:type="dxa"/>
          </w:tcPr>
          <w:p w14:paraId="33C57B82" w14:textId="53187B94" w:rsidR="00DD6A72" w:rsidRPr="00687293" w:rsidRDefault="00AE4254">
            <w:pPr>
              <w:rPr>
                <w:rFonts w:ascii="Calibri" w:hAnsi="Calibri" w:cs="Calibri"/>
                <w:sz w:val="24"/>
                <w:szCs w:val="24"/>
              </w:rPr>
            </w:pPr>
            <w:sdt>
              <w:sdtPr>
                <w:rPr>
                  <w:rFonts w:ascii="Calibri" w:hAnsi="Calibri" w:cs="Calibri"/>
                  <w:sz w:val="24"/>
                  <w:szCs w:val="24"/>
                </w:rPr>
                <w:id w:val="195739338"/>
                <w14:checkbox>
                  <w14:checked w14:val="0"/>
                  <w14:checkedState w14:val="2612" w14:font="MS Gothic"/>
                  <w14:uncheckedState w14:val="2610" w14:font="MS Gothic"/>
                </w14:checkbox>
              </w:sdtPr>
              <w:sdtEndPr/>
              <w:sdtContent>
                <w:r w:rsidR="00687293">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Other (please specify)</w:t>
            </w:r>
          </w:p>
        </w:tc>
        <w:tc>
          <w:tcPr>
            <w:tcW w:w="5112" w:type="dxa"/>
          </w:tcPr>
          <w:p w14:paraId="3A1FEBB7" w14:textId="77777777" w:rsidR="00DD6A72" w:rsidRPr="00687293" w:rsidRDefault="00DD6A72">
            <w:pPr>
              <w:rPr>
                <w:rFonts w:ascii="Calibri" w:hAnsi="Calibri" w:cs="Calibri"/>
                <w:sz w:val="24"/>
                <w:szCs w:val="24"/>
              </w:rPr>
            </w:pPr>
          </w:p>
        </w:tc>
      </w:tr>
    </w:tbl>
    <w:p w14:paraId="721BC608" w14:textId="54AD18A9" w:rsidR="00DD6A72" w:rsidRPr="00687293" w:rsidRDefault="00E85DA7">
      <w:pPr>
        <w:spacing w:before="80" w:after="40"/>
        <w:rPr>
          <w:rFonts w:ascii="Calibri" w:hAnsi="Calibri" w:cs="Calibri"/>
          <w:sz w:val="24"/>
          <w:szCs w:val="24"/>
        </w:rPr>
      </w:pPr>
      <w:r>
        <w:rPr>
          <w:rFonts w:ascii="Calibri" w:hAnsi="Calibri" w:cs="Calibri"/>
          <w:b/>
          <w:sz w:val="24"/>
          <w:szCs w:val="24"/>
        </w:rPr>
        <w:t>If Other, h</w:t>
      </w:r>
      <w:r w:rsidR="00DB4BD3" w:rsidRPr="00687293">
        <w:rPr>
          <w:rFonts w:ascii="Calibri" w:hAnsi="Calibri" w:cs="Calibri"/>
          <w:b/>
          <w:sz w:val="24"/>
          <w:szCs w:val="24"/>
        </w:rPr>
        <w:t>ow did you hear about us?</w:t>
      </w:r>
    </w:p>
    <w:tbl>
      <w:tblPr>
        <w:tblStyle w:val="TableGrid"/>
        <w:tblW w:w="0" w:type="auto"/>
        <w:tblLook w:val="04A0" w:firstRow="1" w:lastRow="0" w:firstColumn="1" w:lastColumn="0" w:noHBand="0" w:noVBand="1"/>
      </w:tblPr>
      <w:tblGrid>
        <w:gridCol w:w="10214"/>
      </w:tblGrid>
      <w:tr w:rsidR="00DD6A72" w:rsidRPr="00687293" w14:paraId="5ABA2418" w14:textId="77777777" w:rsidTr="00564067">
        <w:trPr>
          <w:trHeight w:val="1464"/>
        </w:trPr>
        <w:sdt>
          <w:sdtPr>
            <w:rPr>
              <w:rFonts w:ascii="Calibri" w:hAnsi="Calibri" w:cs="Calibri"/>
              <w:sz w:val="24"/>
              <w:szCs w:val="24"/>
            </w:rPr>
            <w:id w:val="2128732248"/>
            <w:placeholder>
              <w:docPart w:val="DefaultPlaceholder_-1854013440"/>
            </w:placeholder>
            <w:showingPlcHdr/>
          </w:sdtPr>
          <w:sdtEndPr/>
          <w:sdtContent>
            <w:tc>
              <w:tcPr>
                <w:tcW w:w="10224" w:type="dxa"/>
              </w:tcPr>
              <w:p w14:paraId="2E890CBB" w14:textId="7458D3A3" w:rsidR="00DD6A72" w:rsidRPr="00687293" w:rsidRDefault="00E43827">
                <w:pPr>
                  <w:rPr>
                    <w:rFonts w:ascii="Calibri" w:hAnsi="Calibri" w:cs="Calibri"/>
                    <w:sz w:val="24"/>
                    <w:szCs w:val="24"/>
                  </w:rPr>
                </w:pPr>
                <w:r w:rsidRPr="00E43827">
                  <w:rPr>
                    <w:rStyle w:val="PlaceholderText"/>
                    <w:sz w:val="24"/>
                    <w:szCs w:val="24"/>
                  </w:rPr>
                  <w:t>Click or tap here to enter text.</w:t>
                </w:r>
              </w:p>
            </w:tc>
          </w:sdtContent>
        </w:sdt>
      </w:tr>
    </w:tbl>
    <w:p w14:paraId="32079578" w14:textId="77777777" w:rsidR="00DD6A72" w:rsidRPr="00687293" w:rsidRDefault="00DD6A72">
      <w:pPr>
        <w:spacing w:after="0"/>
        <w:rPr>
          <w:rFonts w:ascii="Calibri" w:hAnsi="Calibri" w:cs="Calibri"/>
          <w:sz w:val="24"/>
          <w:szCs w:val="24"/>
        </w:rPr>
      </w:pPr>
    </w:p>
    <w:p w14:paraId="67FDF3E2" w14:textId="77777777" w:rsidR="00DD6A72" w:rsidRPr="00687293" w:rsidRDefault="00DB4BD3">
      <w:pPr>
        <w:spacing w:before="80" w:after="40"/>
        <w:rPr>
          <w:rFonts w:ascii="Calibri" w:hAnsi="Calibri" w:cs="Calibri"/>
          <w:sz w:val="24"/>
          <w:szCs w:val="24"/>
        </w:rPr>
      </w:pPr>
      <w:r w:rsidRPr="00687293">
        <w:rPr>
          <w:rFonts w:ascii="Calibri" w:hAnsi="Calibri" w:cs="Calibri"/>
          <w:b/>
          <w:sz w:val="24"/>
          <w:szCs w:val="24"/>
        </w:rPr>
        <w:t>Would you like to subscribe to our quarterly newsletter mailing list? *</w:t>
      </w:r>
    </w:p>
    <w:tbl>
      <w:tblPr>
        <w:tblW w:w="0" w:type="auto"/>
        <w:tblLook w:val="04A0" w:firstRow="1" w:lastRow="0" w:firstColumn="1" w:lastColumn="0" w:noHBand="0" w:noVBand="1"/>
      </w:tblPr>
      <w:tblGrid>
        <w:gridCol w:w="5112"/>
        <w:gridCol w:w="5112"/>
      </w:tblGrid>
      <w:tr w:rsidR="00DD6A72" w:rsidRPr="00687293" w14:paraId="28041CE0" w14:textId="77777777">
        <w:tc>
          <w:tcPr>
            <w:tcW w:w="5112" w:type="dxa"/>
            <w:vAlign w:val="center"/>
          </w:tcPr>
          <w:p w14:paraId="14821665" w14:textId="5FC288E5" w:rsidR="00DD6A72" w:rsidRPr="00687293" w:rsidRDefault="00AE4254">
            <w:pPr>
              <w:rPr>
                <w:rFonts w:ascii="Calibri" w:hAnsi="Calibri" w:cs="Calibri"/>
                <w:sz w:val="24"/>
                <w:szCs w:val="24"/>
              </w:rPr>
            </w:pPr>
            <w:sdt>
              <w:sdtPr>
                <w:rPr>
                  <w:rFonts w:ascii="Calibri" w:hAnsi="Calibri" w:cs="Calibri"/>
                  <w:sz w:val="24"/>
                  <w:szCs w:val="24"/>
                </w:rPr>
                <w:id w:val="-982856109"/>
                <w14:checkbox>
                  <w14:checked w14:val="0"/>
                  <w14:checkedState w14:val="2612" w14:font="MS Gothic"/>
                  <w14:uncheckedState w14:val="2610" w14:font="MS Gothic"/>
                </w14:checkbox>
              </w:sdtPr>
              <w:sdtEndPr/>
              <w:sdtContent>
                <w:r w:rsidR="00E43827">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Yes</w:t>
            </w:r>
          </w:p>
        </w:tc>
        <w:tc>
          <w:tcPr>
            <w:tcW w:w="5112" w:type="dxa"/>
            <w:vAlign w:val="center"/>
          </w:tcPr>
          <w:p w14:paraId="5DA1ECBE" w14:textId="51E6448F" w:rsidR="00DD6A72" w:rsidRPr="00687293" w:rsidRDefault="00AE4254">
            <w:pPr>
              <w:rPr>
                <w:rFonts w:ascii="Calibri" w:hAnsi="Calibri" w:cs="Calibri"/>
                <w:sz w:val="24"/>
                <w:szCs w:val="24"/>
              </w:rPr>
            </w:pPr>
            <w:sdt>
              <w:sdtPr>
                <w:rPr>
                  <w:rFonts w:ascii="Calibri" w:hAnsi="Calibri" w:cs="Calibri"/>
                  <w:sz w:val="24"/>
                  <w:szCs w:val="24"/>
                </w:rPr>
                <w:id w:val="14273023"/>
                <w14:checkbox>
                  <w14:checked w14:val="0"/>
                  <w14:checkedState w14:val="2612" w14:font="MS Gothic"/>
                  <w14:uncheckedState w14:val="2610" w14:font="MS Gothic"/>
                </w14:checkbox>
              </w:sdtPr>
              <w:sdtEndPr/>
              <w:sdtContent>
                <w:r w:rsidR="00E43827">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No</w:t>
            </w:r>
          </w:p>
        </w:tc>
      </w:tr>
    </w:tbl>
    <w:p w14:paraId="354FBAF3" w14:textId="77777777" w:rsidR="00DD6A72" w:rsidRPr="00687293" w:rsidRDefault="00DB4BD3">
      <w:pPr>
        <w:spacing w:before="160" w:after="80"/>
        <w:rPr>
          <w:rFonts w:ascii="Calibri" w:hAnsi="Calibri" w:cs="Calibri"/>
          <w:sz w:val="24"/>
          <w:szCs w:val="24"/>
        </w:rPr>
      </w:pPr>
      <w:r w:rsidRPr="00687293">
        <w:rPr>
          <w:rFonts w:ascii="Calibri" w:hAnsi="Calibri" w:cs="Calibri"/>
          <w:b/>
          <w:sz w:val="24"/>
          <w:szCs w:val="24"/>
        </w:rPr>
        <w:t>7. Review Your Information</w:t>
      </w:r>
    </w:p>
    <w:p w14:paraId="4EC3C3D5" w14:textId="77777777" w:rsidR="00DD6A72" w:rsidRPr="00687293" w:rsidRDefault="00DB4BD3">
      <w:pPr>
        <w:rPr>
          <w:rFonts w:ascii="Calibri" w:hAnsi="Calibri" w:cs="Calibri"/>
          <w:sz w:val="24"/>
          <w:szCs w:val="24"/>
        </w:rPr>
      </w:pPr>
      <w:r w:rsidRPr="00687293">
        <w:rPr>
          <w:rFonts w:ascii="Calibri" w:hAnsi="Calibri" w:cs="Calibri"/>
          <w:sz w:val="24"/>
          <w:szCs w:val="24"/>
        </w:rPr>
        <w:t>Please check that the information you have provided is correct before submitting the referral.</w:t>
      </w:r>
    </w:p>
    <w:p w14:paraId="473CAE20" w14:textId="77777777" w:rsidR="00DD6A72" w:rsidRPr="00687293" w:rsidRDefault="00DB4BD3">
      <w:pPr>
        <w:spacing w:before="80" w:after="40"/>
        <w:rPr>
          <w:rFonts w:ascii="Calibri" w:hAnsi="Calibri" w:cs="Calibri"/>
          <w:sz w:val="24"/>
          <w:szCs w:val="24"/>
        </w:rPr>
      </w:pPr>
      <w:r w:rsidRPr="00687293">
        <w:rPr>
          <w:rFonts w:ascii="Calibri" w:hAnsi="Calibri" w:cs="Calibri"/>
          <w:b/>
          <w:sz w:val="24"/>
          <w:szCs w:val="24"/>
        </w:rPr>
        <w:t>Data protection statement *</w:t>
      </w:r>
    </w:p>
    <w:tbl>
      <w:tblPr>
        <w:tblW w:w="0" w:type="auto"/>
        <w:tblLook w:val="04A0" w:firstRow="1" w:lastRow="0" w:firstColumn="1" w:lastColumn="0" w:noHBand="0" w:noVBand="1"/>
      </w:tblPr>
      <w:tblGrid>
        <w:gridCol w:w="10224"/>
      </w:tblGrid>
      <w:tr w:rsidR="00DD6A72" w:rsidRPr="00687293" w14:paraId="1D4568B7" w14:textId="77777777">
        <w:tc>
          <w:tcPr>
            <w:tcW w:w="10224" w:type="dxa"/>
            <w:vAlign w:val="center"/>
          </w:tcPr>
          <w:p w14:paraId="7DF0E31A" w14:textId="5ECF00FE" w:rsidR="00DD6A72" w:rsidRPr="00687293" w:rsidRDefault="00AE4254">
            <w:pPr>
              <w:rPr>
                <w:rFonts w:ascii="Calibri" w:hAnsi="Calibri" w:cs="Calibri"/>
                <w:sz w:val="24"/>
                <w:szCs w:val="24"/>
              </w:rPr>
            </w:pPr>
            <w:sdt>
              <w:sdtPr>
                <w:rPr>
                  <w:rFonts w:ascii="Calibri" w:hAnsi="Calibri" w:cs="Calibri"/>
                  <w:sz w:val="24"/>
                  <w:szCs w:val="24"/>
                </w:rPr>
                <w:id w:val="-2042434723"/>
                <w14:checkbox>
                  <w14:checked w14:val="0"/>
                  <w14:checkedState w14:val="2612" w14:font="MS Gothic"/>
                  <w14:uncheckedState w14:val="2610" w14:font="MS Gothic"/>
                </w14:checkbox>
              </w:sdtPr>
              <w:sdtEndPr/>
              <w:sdtContent>
                <w:r w:rsidR="00E43827">
                  <w:rPr>
                    <w:rFonts w:ascii="MS Gothic" w:eastAsia="MS Gothic" w:hAnsi="MS Gothic" w:cs="Calibri" w:hint="eastAsia"/>
                    <w:sz w:val="24"/>
                    <w:szCs w:val="24"/>
                  </w:rPr>
                  <w:t>☐</w:t>
                </w:r>
              </w:sdtContent>
            </w:sdt>
            <w:r w:rsidR="00DB4BD3" w:rsidRPr="00687293">
              <w:rPr>
                <w:rFonts w:ascii="Calibri" w:hAnsi="Calibri" w:cs="Calibri"/>
                <w:sz w:val="24"/>
                <w:szCs w:val="24"/>
              </w:rPr>
              <w:t xml:space="preserve"> I have read and understood the Privacy Notice and understand how Catalyst Support will use my information.</w:t>
            </w:r>
          </w:p>
        </w:tc>
      </w:tr>
    </w:tbl>
    <w:p w14:paraId="3ED3719B" w14:textId="77777777" w:rsidR="00DD6A72" w:rsidRPr="00F21821" w:rsidRDefault="00DB4BD3">
      <w:pPr>
        <w:spacing w:before="80"/>
        <w:rPr>
          <w:rFonts w:ascii="Calibri" w:hAnsi="Calibri" w:cs="Calibri"/>
          <w:sz w:val="18"/>
          <w:szCs w:val="18"/>
        </w:rPr>
      </w:pPr>
      <w:r w:rsidRPr="00F21821">
        <w:rPr>
          <w:rFonts w:ascii="Calibri" w:hAnsi="Calibri" w:cs="Calibri"/>
          <w:sz w:val="18"/>
          <w:szCs w:val="18"/>
        </w:rPr>
        <w:t>The information you provide will be collected and processed by Catalyst Support in accordance with UK data protection law, including the UK General Data Protection Regulation (UK GDPR) and the Data Protection Act 2018. We collect this information to help us provide appropriate services, monitor equality and diversity, understand who is accessing our services, and meet our reporting and funding requirements. Some of the information requested is considered special category data under data protection law.</w:t>
      </w:r>
    </w:p>
    <w:p w14:paraId="50BA2B7D" w14:textId="77777777" w:rsidR="00DD6A72" w:rsidRPr="00F21821" w:rsidRDefault="00DB4BD3">
      <w:pPr>
        <w:rPr>
          <w:rFonts w:ascii="Calibri" w:hAnsi="Calibri" w:cs="Calibri"/>
          <w:sz w:val="18"/>
          <w:szCs w:val="18"/>
        </w:rPr>
      </w:pPr>
      <w:r w:rsidRPr="00F21821">
        <w:rPr>
          <w:rFonts w:ascii="Calibri" w:hAnsi="Calibri" w:cs="Calibri"/>
          <w:sz w:val="18"/>
          <w:szCs w:val="18"/>
        </w:rPr>
        <w:t>Where this applies, we will only collect and use the information where we have an appropriate legal basis to do so. You do not have to provide information that is marked as optional or "Prefer not to say", and choosing not to provide demographic information will not affect your access to our services. Your information will be kept securely and only shared where there is a lawful basis to do so.</w:t>
      </w:r>
    </w:p>
    <w:p w14:paraId="11232EA2" w14:textId="77777777" w:rsidR="00DD6A72" w:rsidRPr="00F21821" w:rsidRDefault="00DB4BD3">
      <w:pPr>
        <w:rPr>
          <w:rFonts w:ascii="Calibri" w:hAnsi="Calibri" w:cs="Calibri"/>
          <w:sz w:val="18"/>
          <w:szCs w:val="18"/>
        </w:rPr>
      </w:pPr>
      <w:r w:rsidRPr="00F21821">
        <w:rPr>
          <w:rFonts w:ascii="Calibri" w:hAnsi="Calibri" w:cs="Calibri"/>
          <w:sz w:val="18"/>
          <w:szCs w:val="18"/>
        </w:rPr>
        <w:t>Further information about how Catalyst Support collects, uses and protects personal information can be found in the Catalyst Support Policies / Privacy information.</w:t>
      </w:r>
    </w:p>
    <w:sectPr w:rsidR="00DD6A72" w:rsidRPr="00F21821" w:rsidSect="00034616">
      <w:headerReference w:type="even" r:id="rId12"/>
      <w:headerReference w:type="default" r:id="rId13"/>
      <w:footerReference w:type="even" r:id="rId14"/>
      <w:footerReference w:type="default" r:id="rId15"/>
      <w:headerReference w:type="first" r:id="rId16"/>
      <w:footerReference w:type="first" r:id="rId17"/>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B3C79" w14:textId="77777777" w:rsidR="00AE4254" w:rsidRDefault="00AE4254">
      <w:pPr>
        <w:spacing w:after="0" w:line="240" w:lineRule="auto"/>
      </w:pPr>
      <w:r>
        <w:separator/>
      </w:r>
    </w:p>
  </w:endnote>
  <w:endnote w:type="continuationSeparator" w:id="0">
    <w:p w14:paraId="0516DA3D" w14:textId="77777777" w:rsidR="00AE4254" w:rsidRDefault="00AE4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EAF9E" w14:textId="77777777" w:rsidR="00B70ACC" w:rsidRDefault="00B70A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7759198"/>
      <w:docPartObj>
        <w:docPartGallery w:val="Page Numbers (Bottom of Page)"/>
        <w:docPartUnique/>
      </w:docPartObj>
    </w:sdtPr>
    <w:sdtEndPr/>
    <w:sdtContent>
      <w:sdt>
        <w:sdtPr>
          <w:id w:val="1728636285"/>
          <w:docPartObj>
            <w:docPartGallery w:val="Page Numbers (Top of Page)"/>
            <w:docPartUnique/>
          </w:docPartObj>
        </w:sdtPr>
        <w:sdtEndPr/>
        <w:sdtContent>
          <w:p w14:paraId="78FE8227" w14:textId="521F9D74" w:rsidR="0098589D" w:rsidRDefault="0098589D">
            <w:pPr>
              <w:pStyle w:val="Footer"/>
              <w:jc w:val="center"/>
            </w:pP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1F424880" w14:textId="41D2C4D1" w:rsidR="00DD6A72" w:rsidRDefault="00DD6A7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BBE6" w14:textId="77777777" w:rsidR="00B70ACC" w:rsidRDefault="00B70A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60BE9" w14:textId="77777777" w:rsidR="00AE4254" w:rsidRDefault="00AE4254">
      <w:pPr>
        <w:spacing w:after="0" w:line="240" w:lineRule="auto"/>
      </w:pPr>
      <w:r>
        <w:separator/>
      </w:r>
    </w:p>
  </w:footnote>
  <w:footnote w:type="continuationSeparator" w:id="0">
    <w:p w14:paraId="7D638852" w14:textId="77777777" w:rsidR="00AE4254" w:rsidRDefault="00AE42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2975" w14:textId="77777777" w:rsidR="00B70ACC" w:rsidRDefault="00B70A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68FA" w14:textId="77777777" w:rsidR="00B70ACC" w:rsidRDefault="00B70A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D7029" w14:textId="77777777" w:rsidR="00B70ACC" w:rsidRDefault="00B70A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8303625">
    <w:abstractNumId w:val="8"/>
  </w:num>
  <w:num w:numId="2" w16cid:durableId="517550561">
    <w:abstractNumId w:val="6"/>
  </w:num>
  <w:num w:numId="3" w16cid:durableId="756051247">
    <w:abstractNumId w:val="5"/>
  </w:num>
  <w:num w:numId="4" w16cid:durableId="1758669331">
    <w:abstractNumId w:val="4"/>
  </w:num>
  <w:num w:numId="5" w16cid:durableId="1996689294">
    <w:abstractNumId w:val="7"/>
  </w:num>
  <w:num w:numId="6" w16cid:durableId="151724344">
    <w:abstractNumId w:val="3"/>
  </w:num>
  <w:num w:numId="7" w16cid:durableId="1063793917">
    <w:abstractNumId w:val="2"/>
  </w:num>
  <w:num w:numId="8" w16cid:durableId="1154181049">
    <w:abstractNumId w:val="1"/>
  </w:num>
  <w:num w:numId="9" w16cid:durableId="1837957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ocumentProtection w:edit="forms" w:enforcement="1" w:cryptProviderType="rsaAES" w:cryptAlgorithmClass="hash" w:cryptAlgorithmType="typeAny" w:cryptAlgorithmSid="14" w:cryptSpinCount="100000" w:hash="TtFxAL4LSfWdbWRp/hA2ZiPqn+VXpLLrJatoLDGKb8ONGqBA0Yxa6rwdS7zNZKAk3Ptsn6z3PE2ADjIz9dPvFw==" w:salt="jzJkugrtf5Ayl+zbOR/qIA=="/>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AB6"/>
    <w:rsid w:val="0010230D"/>
    <w:rsid w:val="00114DA2"/>
    <w:rsid w:val="0015074B"/>
    <w:rsid w:val="0019409F"/>
    <w:rsid w:val="002439F4"/>
    <w:rsid w:val="0029639D"/>
    <w:rsid w:val="00326F90"/>
    <w:rsid w:val="00382F7F"/>
    <w:rsid w:val="0039095C"/>
    <w:rsid w:val="00451D95"/>
    <w:rsid w:val="004B041F"/>
    <w:rsid w:val="004C5EC4"/>
    <w:rsid w:val="00564067"/>
    <w:rsid w:val="00620E37"/>
    <w:rsid w:val="0065663B"/>
    <w:rsid w:val="00687293"/>
    <w:rsid w:val="006A1B16"/>
    <w:rsid w:val="00731B79"/>
    <w:rsid w:val="00756EE2"/>
    <w:rsid w:val="007D6EB1"/>
    <w:rsid w:val="008C192D"/>
    <w:rsid w:val="009842F1"/>
    <w:rsid w:val="0098589D"/>
    <w:rsid w:val="009B5E8B"/>
    <w:rsid w:val="009F3BE1"/>
    <w:rsid w:val="00A336E3"/>
    <w:rsid w:val="00A62612"/>
    <w:rsid w:val="00A8158D"/>
    <w:rsid w:val="00AA09C2"/>
    <w:rsid w:val="00AA1D8D"/>
    <w:rsid w:val="00AE4254"/>
    <w:rsid w:val="00B27FB0"/>
    <w:rsid w:val="00B4765B"/>
    <w:rsid w:val="00B47730"/>
    <w:rsid w:val="00B70ACC"/>
    <w:rsid w:val="00BB6C48"/>
    <w:rsid w:val="00BD7467"/>
    <w:rsid w:val="00C36F9C"/>
    <w:rsid w:val="00C72B6F"/>
    <w:rsid w:val="00CB0664"/>
    <w:rsid w:val="00D5033C"/>
    <w:rsid w:val="00D86876"/>
    <w:rsid w:val="00DB4BD3"/>
    <w:rsid w:val="00DD6A72"/>
    <w:rsid w:val="00E04ED1"/>
    <w:rsid w:val="00E10789"/>
    <w:rsid w:val="00E43827"/>
    <w:rsid w:val="00E642A9"/>
    <w:rsid w:val="00E745EE"/>
    <w:rsid w:val="00E76445"/>
    <w:rsid w:val="00E85BF1"/>
    <w:rsid w:val="00E85DA7"/>
    <w:rsid w:val="00EC17D3"/>
    <w:rsid w:val="00F21821"/>
    <w:rsid w:val="00F858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C2E151"/>
  <w14:defaultImageDpi w14:val="300"/>
  <w15:docId w15:val="{A54ACDAF-8697-44FE-A13E-57E2F1F0A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BD746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08DC32C-8CD1-4322-AAB6-1C07B6F1B058}"/>
      </w:docPartPr>
      <w:docPartBody>
        <w:p w:rsidR="00C62D46" w:rsidRDefault="003854ED">
          <w:r w:rsidRPr="008E2230">
            <w:rPr>
              <w:rStyle w:val="PlaceholderText"/>
            </w:rPr>
            <w:t>Click or tap here to enter text.</w:t>
          </w:r>
        </w:p>
      </w:docPartBody>
    </w:docPart>
    <w:docPart>
      <w:docPartPr>
        <w:name w:val="CF9CFA75BCEE451A8CEF720BB1962575"/>
        <w:category>
          <w:name w:val="General"/>
          <w:gallery w:val="placeholder"/>
        </w:category>
        <w:types>
          <w:type w:val="bbPlcHdr"/>
        </w:types>
        <w:behaviors>
          <w:behavior w:val="content"/>
        </w:behaviors>
        <w:guid w:val="{B17B6A07-CCAD-4DB8-B087-6E1A908879B1}"/>
      </w:docPartPr>
      <w:docPartBody>
        <w:p w:rsidR="00C62D46" w:rsidRDefault="003854ED" w:rsidP="003854ED">
          <w:pPr>
            <w:pStyle w:val="CF9CFA75BCEE451A8CEF720BB19625751"/>
          </w:pPr>
          <w:r w:rsidRPr="00BD7467">
            <w:rPr>
              <w:rStyle w:val="PlaceholderText"/>
              <w:sz w:val="24"/>
              <w:szCs w:val="24"/>
            </w:rPr>
            <w:t>Click or tap here to enter text.</w:t>
          </w:r>
        </w:p>
      </w:docPartBody>
    </w:docPart>
    <w:docPart>
      <w:docPartPr>
        <w:name w:val="7B02499A0A9D4424AC3FCE0FE00BC2A1"/>
        <w:category>
          <w:name w:val="General"/>
          <w:gallery w:val="placeholder"/>
        </w:category>
        <w:types>
          <w:type w:val="bbPlcHdr"/>
        </w:types>
        <w:behaviors>
          <w:behavior w:val="content"/>
        </w:behaviors>
        <w:guid w:val="{C5121F4D-4502-465F-A86A-4B825830A6B0}"/>
      </w:docPartPr>
      <w:docPartBody>
        <w:p w:rsidR="00C62D46" w:rsidRDefault="003854ED" w:rsidP="003854ED">
          <w:pPr>
            <w:pStyle w:val="7B02499A0A9D4424AC3FCE0FE00BC2A1"/>
          </w:pPr>
          <w:r w:rsidRPr="00BD7467">
            <w:rPr>
              <w:rStyle w:val="PlaceholderText"/>
              <w:sz w:val="24"/>
              <w:szCs w:val="24"/>
            </w:rPr>
            <w:t>Click or tap here to enter text.</w:t>
          </w:r>
        </w:p>
      </w:docPartBody>
    </w:docPart>
    <w:docPart>
      <w:docPartPr>
        <w:name w:val="E4BAF2EC354841BA883A861AF6AD944D"/>
        <w:category>
          <w:name w:val="General"/>
          <w:gallery w:val="placeholder"/>
        </w:category>
        <w:types>
          <w:type w:val="bbPlcHdr"/>
        </w:types>
        <w:behaviors>
          <w:behavior w:val="content"/>
        </w:behaviors>
        <w:guid w:val="{1EF39CE9-2005-4995-8288-9F105F923CAA}"/>
      </w:docPartPr>
      <w:docPartBody>
        <w:p w:rsidR="00C62D46" w:rsidRDefault="003854ED" w:rsidP="003854ED">
          <w:pPr>
            <w:pStyle w:val="E4BAF2EC354841BA883A861AF6AD944D"/>
          </w:pPr>
          <w:r w:rsidRPr="00BD7467">
            <w:rPr>
              <w:rStyle w:val="PlaceholderText"/>
              <w:sz w:val="24"/>
              <w:szCs w:val="24"/>
            </w:rPr>
            <w:t>Click or tap here to enter text.</w:t>
          </w:r>
        </w:p>
      </w:docPartBody>
    </w:docPart>
    <w:docPart>
      <w:docPartPr>
        <w:name w:val="DA55FD40B19A4B389BF3E36D80F85C70"/>
        <w:category>
          <w:name w:val="General"/>
          <w:gallery w:val="placeholder"/>
        </w:category>
        <w:types>
          <w:type w:val="bbPlcHdr"/>
        </w:types>
        <w:behaviors>
          <w:behavior w:val="content"/>
        </w:behaviors>
        <w:guid w:val="{02A65630-8362-4F26-9AEE-61499DB0B12C}"/>
      </w:docPartPr>
      <w:docPartBody>
        <w:p w:rsidR="00C62D46" w:rsidRDefault="003854ED" w:rsidP="003854ED">
          <w:pPr>
            <w:pStyle w:val="DA55FD40B19A4B389BF3E36D80F85C70"/>
          </w:pPr>
          <w:r w:rsidRPr="00BD7467">
            <w:rPr>
              <w:rStyle w:val="PlaceholderText"/>
              <w:sz w:val="24"/>
              <w:szCs w:val="24"/>
            </w:rPr>
            <w:t>Click or tap here to enter text.</w:t>
          </w:r>
        </w:p>
      </w:docPartBody>
    </w:docPart>
    <w:docPart>
      <w:docPartPr>
        <w:name w:val="4A622E8E56A548C3BFB60030F5D36FCB"/>
        <w:category>
          <w:name w:val="General"/>
          <w:gallery w:val="placeholder"/>
        </w:category>
        <w:types>
          <w:type w:val="bbPlcHdr"/>
        </w:types>
        <w:behaviors>
          <w:behavior w:val="content"/>
        </w:behaviors>
        <w:guid w:val="{973C1E40-9700-4591-9802-7156586E904D}"/>
      </w:docPartPr>
      <w:docPartBody>
        <w:p w:rsidR="00C62D46" w:rsidRDefault="003854ED" w:rsidP="003854ED">
          <w:pPr>
            <w:pStyle w:val="4A622E8E56A548C3BFB60030F5D36FCB"/>
          </w:pPr>
          <w:r w:rsidRPr="00BD7467">
            <w:rPr>
              <w:rStyle w:val="PlaceholderText"/>
              <w:sz w:val="24"/>
              <w:szCs w:val="24"/>
            </w:rPr>
            <w:t>Click or tap here to enter text.</w:t>
          </w:r>
        </w:p>
      </w:docPartBody>
    </w:docPart>
    <w:docPart>
      <w:docPartPr>
        <w:name w:val="67726B637FF245ACBEF6926527EE6452"/>
        <w:category>
          <w:name w:val="General"/>
          <w:gallery w:val="placeholder"/>
        </w:category>
        <w:types>
          <w:type w:val="bbPlcHdr"/>
        </w:types>
        <w:behaviors>
          <w:behavior w:val="content"/>
        </w:behaviors>
        <w:guid w:val="{6B27649B-D77A-42C1-B908-E788BB218B8F}"/>
      </w:docPartPr>
      <w:docPartBody>
        <w:p w:rsidR="00C62D46" w:rsidRDefault="003854ED" w:rsidP="003854ED">
          <w:pPr>
            <w:pStyle w:val="67726B637FF245ACBEF6926527EE6452"/>
          </w:pPr>
          <w:r w:rsidRPr="00BD7467">
            <w:rPr>
              <w:rStyle w:val="PlaceholderText"/>
              <w:sz w:val="24"/>
              <w:szCs w:val="24"/>
            </w:rPr>
            <w:t>Click or tap here to enter text.</w:t>
          </w:r>
        </w:p>
      </w:docPartBody>
    </w:docPart>
    <w:docPart>
      <w:docPartPr>
        <w:name w:val="207727025D3C4E8BB22C02654CEA1CB8"/>
        <w:category>
          <w:name w:val="General"/>
          <w:gallery w:val="placeholder"/>
        </w:category>
        <w:types>
          <w:type w:val="bbPlcHdr"/>
        </w:types>
        <w:behaviors>
          <w:behavior w:val="content"/>
        </w:behaviors>
        <w:guid w:val="{508E3B4E-E1FD-47EF-B115-A78BBC1A84CB}"/>
      </w:docPartPr>
      <w:docPartBody>
        <w:p w:rsidR="00C62D46" w:rsidRDefault="003854ED" w:rsidP="003854ED">
          <w:pPr>
            <w:pStyle w:val="207727025D3C4E8BB22C02654CEA1CB8"/>
          </w:pPr>
          <w:r w:rsidRPr="00BD7467">
            <w:rPr>
              <w:rStyle w:val="PlaceholderText"/>
              <w:sz w:val="24"/>
              <w:szCs w:val="24"/>
            </w:rPr>
            <w:t>Click or tap here to enter text.</w:t>
          </w:r>
        </w:p>
      </w:docPartBody>
    </w:docPart>
    <w:docPart>
      <w:docPartPr>
        <w:name w:val="EF3F8708AADA4174A1DE16A3BA33D900"/>
        <w:category>
          <w:name w:val="General"/>
          <w:gallery w:val="placeholder"/>
        </w:category>
        <w:types>
          <w:type w:val="bbPlcHdr"/>
        </w:types>
        <w:behaviors>
          <w:behavior w:val="content"/>
        </w:behaviors>
        <w:guid w:val="{F201E7D6-EF27-435D-83AF-57DF1943399C}"/>
      </w:docPartPr>
      <w:docPartBody>
        <w:p w:rsidR="00C62D46" w:rsidRDefault="003854ED" w:rsidP="003854ED">
          <w:pPr>
            <w:pStyle w:val="EF3F8708AADA4174A1DE16A3BA33D900"/>
          </w:pPr>
          <w:r w:rsidRPr="00BD7467">
            <w:rPr>
              <w:rStyle w:val="PlaceholderText"/>
              <w:sz w:val="24"/>
              <w:szCs w:val="24"/>
            </w:rPr>
            <w:t>Click or tap here to enter text.</w:t>
          </w:r>
        </w:p>
      </w:docPartBody>
    </w:docPart>
    <w:docPart>
      <w:docPartPr>
        <w:name w:val="BBAF47FB7F0F4C5EBA68DD9E43D0F2FF"/>
        <w:category>
          <w:name w:val="General"/>
          <w:gallery w:val="placeholder"/>
        </w:category>
        <w:types>
          <w:type w:val="bbPlcHdr"/>
        </w:types>
        <w:behaviors>
          <w:behavior w:val="content"/>
        </w:behaviors>
        <w:guid w:val="{3EDE25AE-FEF8-42B8-9496-F4F685212818}"/>
      </w:docPartPr>
      <w:docPartBody>
        <w:p w:rsidR="00C62D46" w:rsidRDefault="003854ED" w:rsidP="003854ED">
          <w:pPr>
            <w:pStyle w:val="BBAF47FB7F0F4C5EBA68DD9E43D0F2FF"/>
          </w:pPr>
          <w:r w:rsidRPr="00BD7467">
            <w:rPr>
              <w:rStyle w:val="PlaceholderText"/>
              <w:sz w:val="24"/>
              <w:szCs w:val="2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4ED"/>
    <w:rsid w:val="000B3B24"/>
    <w:rsid w:val="0018471E"/>
    <w:rsid w:val="003854ED"/>
    <w:rsid w:val="006A1B16"/>
    <w:rsid w:val="007D6EB1"/>
    <w:rsid w:val="009B5E8B"/>
    <w:rsid w:val="00C62D46"/>
    <w:rsid w:val="00C75C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54ED"/>
    <w:rPr>
      <w:color w:val="666666"/>
    </w:rPr>
  </w:style>
  <w:style w:type="paragraph" w:customStyle="1" w:styleId="7B02499A0A9D4424AC3FCE0FE00BC2A1">
    <w:name w:val="7B02499A0A9D4424AC3FCE0FE00BC2A1"/>
    <w:rsid w:val="003854ED"/>
    <w:pPr>
      <w:spacing w:after="200" w:line="276" w:lineRule="auto"/>
    </w:pPr>
    <w:rPr>
      <w:rFonts w:ascii="Arial" w:hAnsi="Arial"/>
      <w:kern w:val="0"/>
      <w:sz w:val="20"/>
      <w:szCs w:val="22"/>
      <w:lang w:val="en-US" w:eastAsia="en-US"/>
      <w14:ligatures w14:val="none"/>
    </w:rPr>
  </w:style>
  <w:style w:type="paragraph" w:customStyle="1" w:styleId="E4BAF2EC354841BA883A861AF6AD944D">
    <w:name w:val="E4BAF2EC354841BA883A861AF6AD944D"/>
    <w:rsid w:val="003854ED"/>
    <w:pPr>
      <w:spacing w:after="200" w:line="276" w:lineRule="auto"/>
    </w:pPr>
    <w:rPr>
      <w:rFonts w:ascii="Arial" w:hAnsi="Arial"/>
      <w:kern w:val="0"/>
      <w:sz w:val="20"/>
      <w:szCs w:val="22"/>
      <w:lang w:val="en-US" w:eastAsia="en-US"/>
      <w14:ligatures w14:val="none"/>
    </w:rPr>
  </w:style>
  <w:style w:type="paragraph" w:customStyle="1" w:styleId="CF9CFA75BCEE451A8CEF720BB19625751">
    <w:name w:val="CF9CFA75BCEE451A8CEF720BB19625751"/>
    <w:rsid w:val="003854ED"/>
    <w:pPr>
      <w:spacing w:after="200" w:line="276" w:lineRule="auto"/>
    </w:pPr>
    <w:rPr>
      <w:rFonts w:ascii="Arial" w:hAnsi="Arial"/>
      <w:kern w:val="0"/>
      <w:sz w:val="20"/>
      <w:szCs w:val="22"/>
      <w:lang w:val="en-US" w:eastAsia="en-US"/>
      <w14:ligatures w14:val="none"/>
    </w:rPr>
  </w:style>
  <w:style w:type="paragraph" w:customStyle="1" w:styleId="DA55FD40B19A4B389BF3E36D80F85C70">
    <w:name w:val="DA55FD40B19A4B389BF3E36D80F85C70"/>
    <w:rsid w:val="003854ED"/>
    <w:pPr>
      <w:spacing w:after="200" w:line="276" w:lineRule="auto"/>
    </w:pPr>
    <w:rPr>
      <w:rFonts w:ascii="Arial" w:hAnsi="Arial"/>
      <w:kern w:val="0"/>
      <w:sz w:val="20"/>
      <w:szCs w:val="22"/>
      <w:lang w:val="en-US" w:eastAsia="en-US"/>
      <w14:ligatures w14:val="none"/>
    </w:rPr>
  </w:style>
  <w:style w:type="paragraph" w:customStyle="1" w:styleId="4A622E8E56A548C3BFB60030F5D36FCB">
    <w:name w:val="4A622E8E56A548C3BFB60030F5D36FCB"/>
    <w:rsid w:val="003854ED"/>
    <w:pPr>
      <w:spacing w:after="200" w:line="276" w:lineRule="auto"/>
    </w:pPr>
    <w:rPr>
      <w:rFonts w:ascii="Arial" w:hAnsi="Arial"/>
      <w:kern w:val="0"/>
      <w:sz w:val="20"/>
      <w:szCs w:val="22"/>
      <w:lang w:val="en-US" w:eastAsia="en-US"/>
      <w14:ligatures w14:val="none"/>
    </w:rPr>
  </w:style>
  <w:style w:type="paragraph" w:customStyle="1" w:styleId="67726B637FF245ACBEF6926527EE6452">
    <w:name w:val="67726B637FF245ACBEF6926527EE6452"/>
    <w:rsid w:val="003854ED"/>
    <w:pPr>
      <w:spacing w:after="200" w:line="276" w:lineRule="auto"/>
    </w:pPr>
    <w:rPr>
      <w:rFonts w:ascii="Arial" w:hAnsi="Arial"/>
      <w:kern w:val="0"/>
      <w:sz w:val="20"/>
      <w:szCs w:val="22"/>
      <w:lang w:val="en-US" w:eastAsia="en-US"/>
      <w14:ligatures w14:val="none"/>
    </w:rPr>
  </w:style>
  <w:style w:type="paragraph" w:customStyle="1" w:styleId="207727025D3C4E8BB22C02654CEA1CB8">
    <w:name w:val="207727025D3C4E8BB22C02654CEA1CB8"/>
    <w:rsid w:val="003854ED"/>
    <w:pPr>
      <w:spacing w:after="200" w:line="276" w:lineRule="auto"/>
    </w:pPr>
    <w:rPr>
      <w:rFonts w:ascii="Arial" w:hAnsi="Arial"/>
      <w:kern w:val="0"/>
      <w:sz w:val="20"/>
      <w:szCs w:val="22"/>
      <w:lang w:val="en-US" w:eastAsia="en-US"/>
      <w14:ligatures w14:val="none"/>
    </w:rPr>
  </w:style>
  <w:style w:type="paragraph" w:customStyle="1" w:styleId="EF3F8708AADA4174A1DE16A3BA33D900">
    <w:name w:val="EF3F8708AADA4174A1DE16A3BA33D900"/>
    <w:rsid w:val="003854ED"/>
    <w:pPr>
      <w:spacing w:after="200" w:line="276" w:lineRule="auto"/>
    </w:pPr>
    <w:rPr>
      <w:rFonts w:ascii="Arial" w:hAnsi="Arial"/>
      <w:kern w:val="0"/>
      <w:sz w:val="20"/>
      <w:szCs w:val="22"/>
      <w:lang w:val="en-US" w:eastAsia="en-US"/>
      <w14:ligatures w14:val="none"/>
    </w:rPr>
  </w:style>
  <w:style w:type="paragraph" w:customStyle="1" w:styleId="BBAF47FB7F0F4C5EBA68DD9E43D0F2FF">
    <w:name w:val="BBAF47FB7F0F4C5EBA68DD9E43D0F2FF"/>
    <w:rsid w:val="003854ED"/>
    <w:pPr>
      <w:spacing w:after="200" w:line="276" w:lineRule="auto"/>
    </w:pPr>
    <w:rPr>
      <w:rFonts w:ascii="Arial" w:hAnsi="Arial"/>
      <w:kern w:val="0"/>
      <w:sz w:val="20"/>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1e5e7c41-034a-448d-98d0-55281f1ebfe9" xsi:nil="true"/>
    <lcf76f155ced4ddcb4097134ff3c332f xmlns="e06245d2-f5c5-4c2f-ab4f-b1153beb33d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751BB94D9CA74BAB9E8889786584D2" ma:contentTypeVersion="12" ma:contentTypeDescription="Create a new document." ma:contentTypeScope="" ma:versionID="8740609b3141701b97d599689a3dfe2e">
  <xsd:schema xmlns:xsd="http://www.w3.org/2001/XMLSchema" xmlns:xs="http://www.w3.org/2001/XMLSchema" xmlns:p="http://schemas.microsoft.com/office/2006/metadata/properties" xmlns:ns2="e06245d2-f5c5-4c2f-ab4f-b1153beb33dd" xmlns:ns3="1e5e7c41-034a-448d-98d0-55281f1ebfe9" targetNamespace="http://schemas.microsoft.com/office/2006/metadata/properties" ma:root="true" ma:fieldsID="4be26bbe32af512f3eef8a896512b411" ns2:_="" ns3:_="">
    <xsd:import namespace="e06245d2-f5c5-4c2f-ab4f-b1153beb33dd"/>
    <xsd:import namespace="1e5e7c41-034a-448d-98d0-55281f1ebf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6245d2-f5c5-4c2f-ab4f-b1153beb3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dcbb70-2b76-4162-aea8-d26fb2688ef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5e7c41-034a-448d-98d0-55281f1ebf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da36ef-b179-4521-b45f-4e6d2afdcaa7}" ma:internalName="TaxCatchAll" ma:showField="CatchAllData" ma:web="1e5e7c41-034a-448d-98d0-55281f1ebf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4030C02-218E-410F-B429-A59673EE9984}">
  <ds:schemaRefs>
    <ds:schemaRef ds:uri="http://schemas.microsoft.com/office/2006/metadata/properties"/>
    <ds:schemaRef ds:uri="http://schemas.microsoft.com/office/infopath/2007/PartnerControls"/>
    <ds:schemaRef ds:uri="1e5e7c41-034a-448d-98d0-55281f1ebfe9"/>
    <ds:schemaRef ds:uri="e06245d2-f5c5-4c2f-ab4f-b1153beb33dd"/>
  </ds:schemaRefs>
</ds:datastoreItem>
</file>

<file path=customXml/itemProps3.xml><?xml version="1.0" encoding="utf-8"?>
<ds:datastoreItem xmlns:ds="http://schemas.openxmlformats.org/officeDocument/2006/customXml" ds:itemID="{D7DBE702-568A-4DEC-ABA1-7F4D17DC1E69}">
  <ds:schemaRefs>
    <ds:schemaRef ds:uri="http://schemas.microsoft.com/sharepoint/v3/contenttype/forms"/>
  </ds:schemaRefs>
</ds:datastoreItem>
</file>

<file path=customXml/itemProps4.xml><?xml version="1.0" encoding="utf-8"?>
<ds:datastoreItem xmlns:ds="http://schemas.openxmlformats.org/officeDocument/2006/customXml" ds:itemID="{22EBAFE7-DB53-4550-A76C-3E239FC4D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6245d2-f5c5-4c2f-ab4f-b1153beb33dd"/>
    <ds:schemaRef ds:uri="1e5e7c41-034a-448d-98d0-55281f1eb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6</Pages>
  <Words>1123</Words>
  <Characters>5316</Characters>
  <Application>Microsoft Office Word</Application>
  <DocSecurity>0</DocSecurity>
  <Lines>231</Lines>
  <Paragraphs>201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Rosie Trussler</cp:lastModifiedBy>
  <cp:revision>40</cp:revision>
  <dcterms:created xsi:type="dcterms:W3CDTF">2026-09-28T19:40:00Z</dcterms:created>
  <dcterms:modified xsi:type="dcterms:W3CDTF">2026-09-29T09:05:00Z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0x010100FF751BB94D9CA74BAB9E8889786584D2</vt:lpwstr>
  </property>
  <property fmtid="{D5CDD505-2E9C-101B-9397-08002B2CF9AE}" pid="3" name="MediaServiceImageTags">
    <vt:lpwstr/>
  </property>
  <property fmtid="{D5CDD505-2E9C-101B-9397-08002B2CF9AE}" pid="4" name="docLang">
    <vt:lpwstr>en</vt:lpwstr>
  </property>
</Properties>
</file>